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Bang"/>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811"/>
      </w:tblGrid>
      <w:tr w:rsidR="003D188D" w:rsidRPr="00A74592" w14:paraId="14E16112" w14:textId="77777777" w:rsidTr="004B5416">
        <w:tc>
          <w:tcPr>
            <w:tcW w:w="3823" w:type="dxa"/>
          </w:tcPr>
          <w:p w14:paraId="01EC9939" w14:textId="77777777" w:rsidR="003D188D" w:rsidRPr="00A74592" w:rsidRDefault="003D188D" w:rsidP="004B5416">
            <w:pPr>
              <w:jc w:val="center"/>
              <w:rPr>
                <w:sz w:val="26"/>
                <w:szCs w:val="20"/>
              </w:rPr>
            </w:pPr>
            <w:r w:rsidRPr="00A74592">
              <w:rPr>
                <w:sz w:val="26"/>
                <w:szCs w:val="20"/>
              </w:rPr>
              <w:t>SỞ GD&amp;ĐT QUẢNG TRỊ</w:t>
            </w:r>
          </w:p>
          <w:p w14:paraId="6CBEC971" w14:textId="77777777" w:rsidR="003D188D" w:rsidRPr="00A74592" w:rsidRDefault="003D188D" w:rsidP="004B5416">
            <w:pPr>
              <w:jc w:val="center"/>
              <w:rPr>
                <w:b/>
                <w:bCs/>
                <w:sz w:val="26"/>
                <w:szCs w:val="20"/>
              </w:rPr>
            </w:pPr>
            <w:r w:rsidRPr="00A74592">
              <w:rPr>
                <w:b/>
                <w:bCs/>
                <w:sz w:val="26"/>
                <w:szCs w:val="20"/>
              </w:rPr>
              <w:t>TRƯỜNG THPT ĐAKRÔN</w:t>
            </w:r>
            <w:r>
              <w:rPr>
                <w:b/>
                <w:bCs/>
                <w:sz w:val="26"/>
                <w:szCs w:val="20"/>
              </w:rPr>
              <w:t>G</w:t>
            </w:r>
          </w:p>
        </w:tc>
        <w:tc>
          <w:tcPr>
            <w:tcW w:w="5811" w:type="dxa"/>
          </w:tcPr>
          <w:p w14:paraId="6E42D48F" w14:textId="4CCB478B" w:rsidR="003D188D" w:rsidRPr="00A74592" w:rsidRDefault="003D188D" w:rsidP="004B5416">
            <w:pPr>
              <w:jc w:val="center"/>
              <w:rPr>
                <w:sz w:val="26"/>
                <w:szCs w:val="20"/>
              </w:rPr>
            </w:pPr>
          </w:p>
        </w:tc>
      </w:tr>
      <w:tr w:rsidR="003D188D" w:rsidRPr="00A74592" w14:paraId="7DBCB19B" w14:textId="77777777" w:rsidTr="004B5416">
        <w:tc>
          <w:tcPr>
            <w:tcW w:w="3823" w:type="dxa"/>
          </w:tcPr>
          <w:p w14:paraId="6383894B" w14:textId="038BFE04" w:rsidR="003D188D" w:rsidRPr="00A74592" w:rsidRDefault="003D188D" w:rsidP="004B5416">
            <w:pPr>
              <w:spacing w:before="120"/>
              <w:jc w:val="center"/>
              <w:rPr>
                <w:sz w:val="26"/>
                <w:szCs w:val="20"/>
              </w:rPr>
            </w:pPr>
            <w:r>
              <w:rPr>
                <w:noProof/>
                <w:sz w:val="26"/>
                <w:szCs w:val="20"/>
              </w:rPr>
              <mc:AlternateContent>
                <mc:Choice Requires="wps">
                  <w:drawing>
                    <wp:anchor distT="0" distB="0" distL="114300" distR="114300" simplePos="0" relativeHeight="251659264" behindDoc="0" locked="0" layoutInCell="1" allowOverlap="1" wp14:anchorId="2C9C939B" wp14:editId="50D26160">
                      <wp:simplePos x="0" y="0"/>
                      <wp:positionH relativeFrom="column">
                        <wp:posOffset>647533</wp:posOffset>
                      </wp:positionH>
                      <wp:positionV relativeFrom="paragraph">
                        <wp:posOffset>41800</wp:posOffset>
                      </wp:positionV>
                      <wp:extent cx="954157" cy="0"/>
                      <wp:effectExtent l="38100" t="38100" r="74930" b="95250"/>
                      <wp:wrapNone/>
                      <wp:docPr id="1575530655" name="Đường nối Thẳng 2"/>
                      <wp:cNvGraphicFramePr/>
                      <a:graphic xmlns:a="http://schemas.openxmlformats.org/drawingml/2006/main">
                        <a:graphicData uri="http://schemas.microsoft.com/office/word/2010/wordprocessingShape">
                          <wps:wsp>
                            <wps:cNvCnPr/>
                            <wps:spPr>
                              <a:xfrm>
                                <a:off x="0" y="0"/>
                                <a:ext cx="954157"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A43E904" id="Đường nối Thẳng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1pt,3.3pt" to="126.1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" strokecolor="black [3200]">
                      <v:shadow on="t" color="black" opacity="24903f" origin=",.5" offset="0,.55556mm"/>
                    </v:line>
                  </w:pict>
                </mc:Fallback>
              </mc:AlternateContent>
            </w:r>
          </w:p>
        </w:tc>
        <w:tc>
          <w:tcPr>
            <w:tcW w:w="5811" w:type="dxa"/>
          </w:tcPr>
          <w:p w14:paraId="4836EA06" w14:textId="2D848241" w:rsidR="003D188D" w:rsidRPr="00A74592" w:rsidRDefault="003D188D" w:rsidP="004B5416">
            <w:pPr>
              <w:spacing w:before="120"/>
              <w:jc w:val="center"/>
              <w:rPr>
                <w:i/>
                <w:iCs/>
                <w:sz w:val="26"/>
                <w:szCs w:val="20"/>
              </w:rPr>
            </w:pPr>
          </w:p>
        </w:tc>
      </w:tr>
    </w:tbl>
    <w:p w14:paraId="64884BE5" w14:textId="0D67C625" w:rsidR="00BA056B" w:rsidRDefault="00000000">
      <w:pPr>
        <w:spacing w:before="80"/>
        <w:jc w:val="center"/>
      </w:pPr>
      <w:r>
        <w:rPr>
          <w:b/>
          <w:sz w:val="32"/>
        </w:rPr>
        <w:t>SƠ YẾU LÝ LỊCH</w:t>
      </w:r>
    </w:p>
    <w:p w14:paraId="5BD48EE5" w14:textId="77777777" w:rsidR="00BA056B" w:rsidRDefault="00000000">
      <w:pPr>
        <w:jc w:val="center"/>
      </w:pPr>
      <w:r>
        <w:rPr>
          <w:b/>
          <w:sz w:val="26"/>
        </w:rPr>
        <w:t>NGƯỜI ĐĂNG KÝ TUYỂN CHỌN LAO ĐỘNG HỢP ĐỒNG</w:t>
      </w:r>
    </w:p>
    <w:p w14:paraId="047AC6F4" w14:textId="77777777" w:rsidR="00BA056B" w:rsidRDefault="00000000">
      <w:pPr>
        <w:jc w:val="center"/>
      </w:pPr>
      <w:r>
        <w:rPr>
          <w:b/>
        </w:rPr>
        <w:t>Năm học 2026–2027</w:t>
      </w:r>
    </w:p>
    <w:p w14:paraId="752F375C" w14:textId="7F0C0B86" w:rsidR="00BA056B" w:rsidRDefault="00000000">
      <w:pPr>
        <w:spacing w:after="20"/>
      </w:pPr>
      <w:r>
        <w:t>Vị trí đăng ký: ........................................................................................................................</w:t>
      </w:r>
      <w:r w:rsidR="003D188D">
        <w:t>..........</w:t>
      </w:r>
    </w:p>
    <w:p w14:paraId="2F6BB185" w14:textId="77777777" w:rsidR="00BA056B" w:rsidRDefault="00000000">
      <w:pPr>
        <w:spacing w:after="20"/>
      </w:pPr>
      <w:r>
        <w:t>Môn/vị trí công việc: ........................................................................................................................</w:t>
      </w:r>
    </w:p>
    <w:p w14:paraId="518600C6" w14:textId="77777777" w:rsidR="00BA056B" w:rsidRDefault="00000000">
      <w:pPr>
        <w:spacing w:before="100" w:after="40"/>
        <w:rPr>
          <w:b/>
        </w:rPr>
      </w:pPr>
      <w:r>
        <w:rPr>
          <w:b/>
        </w:rPr>
        <w:t>I. THÔNG TIN CÁ NHÂN</w:t>
      </w:r>
    </w:p>
    <w:p w14:paraId="1CD89462" w14:textId="7BDA2DF6" w:rsidR="00BA056B" w:rsidRDefault="003D188D" w:rsidP="003D188D">
      <w:pPr>
        <w:spacing w:before="100" w:after="40"/>
      </w:pPr>
      <w:r>
        <w:rPr>
          <w:noProof/>
        </w:rPr>
        <mc:AlternateContent>
          <mc:Choice Requires="wps">
            <w:drawing>
              <wp:anchor distT="0" distB="0" distL="114300" distR="114300" simplePos="0" relativeHeight="251658240" behindDoc="0" locked="0" layoutInCell="1" allowOverlap="1" wp14:anchorId="4C12D935" wp14:editId="34809988">
                <wp:simplePos x="0" y="0"/>
                <wp:positionH relativeFrom="column">
                  <wp:posOffset>3810</wp:posOffset>
                </wp:positionH>
                <wp:positionV relativeFrom="paragraph">
                  <wp:posOffset>36830</wp:posOffset>
                </wp:positionV>
                <wp:extent cx="1181100" cy="1390650"/>
                <wp:effectExtent l="0" t="0" r="19050" b="19050"/>
                <wp:wrapSquare wrapText="bothSides"/>
                <wp:docPr id="1038511828" name="Hộp Văn bản 1"/>
                <wp:cNvGraphicFramePr/>
                <a:graphic xmlns:a="http://schemas.openxmlformats.org/drawingml/2006/main">
                  <a:graphicData uri="http://schemas.microsoft.com/office/word/2010/wordprocessingShape">
                    <wps:wsp>
                      <wps:cNvSpPr txBox="1"/>
                      <wps:spPr>
                        <a:xfrm>
                          <a:off x="0" y="0"/>
                          <a:ext cx="1181100" cy="1390650"/>
                        </a:xfrm>
                        <a:prstGeom prst="rect">
                          <a:avLst/>
                        </a:prstGeom>
                        <a:solidFill>
                          <a:schemeClr val="lt1"/>
                        </a:solidFill>
                        <a:ln w="6350">
                          <a:solidFill>
                            <a:prstClr val="black"/>
                          </a:solidFill>
                        </a:ln>
                      </wps:spPr>
                      <wps:txbx>
                        <w:txbxContent>
                          <w:p w14:paraId="1006407F" w14:textId="77777777" w:rsidR="003D188D" w:rsidRDefault="003D188D" w:rsidP="003D188D">
                            <w:pPr>
                              <w:jc w:val="center"/>
                            </w:pPr>
                          </w:p>
                          <w:p w14:paraId="1CA132B4" w14:textId="77777777" w:rsidR="003D188D" w:rsidRDefault="003D188D" w:rsidP="003D188D">
                            <w:pPr>
                              <w:jc w:val="center"/>
                            </w:pPr>
                          </w:p>
                          <w:p w14:paraId="27492C6F" w14:textId="77777777" w:rsidR="003D188D" w:rsidRDefault="003D188D" w:rsidP="003D188D">
                            <w:pPr>
                              <w:jc w:val="center"/>
                            </w:pPr>
                          </w:p>
                          <w:p w14:paraId="0057055D" w14:textId="3AB0300D" w:rsidR="003D188D" w:rsidRDefault="002F4C94" w:rsidP="003D188D">
                            <w:pPr>
                              <w:jc w:val="center"/>
                            </w:pPr>
                            <w:r>
                              <w:t xml:space="preserve">ảnh </w:t>
                            </w:r>
                            <w:r w:rsidR="003D188D">
                              <w:t>4x6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C12D935" id="_x0000_t202" coordsize="21600,21600" o:spt="202" path="m,l,21600r21600,l21600,xe">
                <v:stroke joinstyle="miter"/>
                <v:path gradientshapeok="t" o:connecttype="rect"/>
              </v:shapetype>
              <v:shape id="Hộp Văn bản 1" o:spid="_x0000_s1026" type="#_x0000_t202" style="position:absolute;margin-left:.3pt;margin-top:2.9pt;width:93pt;height:10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" fillcolor="white [3201]" strokeweight=".5pt">
                <v:textbox>
                  <w:txbxContent>
                    <w:p w14:paraId="1006407F" w14:textId="77777777" w:rsidR="003D188D" w:rsidRDefault="003D188D" w:rsidP="003D188D">
                      <w:pPr>
                        <w:jc w:val="center"/>
                      </w:pPr>
                    </w:p>
                    <w:p w14:paraId="1CA132B4" w14:textId="77777777" w:rsidR="003D188D" w:rsidRDefault="003D188D" w:rsidP="003D188D">
                      <w:pPr>
                        <w:jc w:val="center"/>
                      </w:pPr>
                    </w:p>
                    <w:p w14:paraId="27492C6F" w14:textId="77777777" w:rsidR="003D188D" w:rsidRDefault="003D188D" w:rsidP="003D188D">
                      <w:pPr>
                        <w:jc w:val="center"/>
                      </w:pPr>
                    </w:p>
                    <w:p w14:paraId="0057055D" w14:textId="3AB0300D" w:rsidR="003D188D" w:rsidRDefault="002F4C94" w:rsidP="003D188D">
                      <w:pPr>
                        <w:jc w:val="center"/>
                      </w:pPr>
                      <w:r>
                        <w:t xml:space="preserve">ảnh </w:t>
                      </w:r>
                      <w:r w:rsidR="003D188D">
                        <w:t>4x6</w:t>
                      </w:r>
                    </w:p>
                  </w:txbxContent>
                </v:textbox>
                <w10:wrap type="square"/>
              </v:shape>
            </w:pict>
          </mc:Fallback>
        </mc:AlternateContent>
      </w:r>
      <w:r w:rsidR="00000000">
        <w:t>1. Họ và tên: ...................................................................................................</w:t>
      </w:r>
    </w:p>
    <w:p w14:paraId="3BC12F05" w14:textId="08755FBC" w:rsidR="00BA056B" w:rsidRDefault="00000000">
      <w:pPr>
        <w:spacing w:after="20"/>
      </w:pPr>
      <w:r>
        <w:t>2. Ngày, tháng, năm sinh: ........./........./...............    Giới tính: .......................</w:t>
      </w:r>
    </w:p>
    <w:p w14:paraId="7D35AE3A" w14:textId="39921766" w:rsidR="00BA056B" w:rsidRDefault="00000000">
      <w:pPr>
        <w:spacing w:after="20"/>
      </w:pPr>
      <w:r>
        <w:t>3. Số CCCD: ..................................................................................................</w:t>
      </w:r>
    </w:p>
    <w:p w14:paraId="0F69D7FE" w14:textId="09ACDBAA" w:rsidR="00BA056B" w:rsidRDefault="00000000">
      <w:pPr>
        <w:spacing w:after="20"/>
      </w:pPr>
      <w:r>
        <w:t xml:space="preserve">   Ngày cấp: ........./........./...............    Nơi cấp: ..............................................</w:t>
      </w:r>
    </w:p>
    <w:p w14:paraId="6A8FD48F" w14:textId="5C0EA089" w:rsidR="00BA056B" w:rsidRDefault="00000000">
      <w:pPr>
        <w:spacing w:after="20"/>
      </w:pPr>
      <w:r>
        <w:t>4. Địa chỉ thường trú: .....................................................................................</w:t>
      </w:r>
    </w:p>
    <w:p w14:paraId="2ADA4F03" w14:textId="5F0C666B" w:rsidR="00BA056B" w:rsidRDefault="00000000">
      <w:pPr>
        <w:spacing w:after="20"/>
      </w:pPr>
      <w:r>
        <w:t xml:space="preserve">  .......................................................................................................................</w:t>
      </w:r>
    </w:p>
    <w:p w14:paraId="1415F07F" w14:textId="756970CB" w:rsidR="00BA056B" w:rsidRDefault="00000000">
      <w:pPr>
        <w:spacing w:after="20"/>
      </w:pPr>
      <w:r>
        <w:t>5. Nơi ở hiện nay:</w:t>
      </w:r>
      <w:r w:rsidR="003D188D">
        <w:t xml:space="preserve"> ..</w:t>
      </w:r>
      <w:r>
        <w:t>.....................................................................................</w:t>
      </w:r>
      <w:r w:rsidR="003D188D">
        <w:t>....</w:t>
      </w:r>
    </w:p>
    <w:p w14:paraId="28B7F9C7" w14:textId="039707ED" w:rsidR="00BA056B" w:rsidRDefault="00000000">
      <w:pPr>
        <w:spacing w:after="20"/>
      </w:pPr>
      <w:r>
        <w:t xml:space="preserve">   ......................................................................................................................</w:t>
      </w:r>
    </w:p>
    <w:p w14:paraId="34F5FF44" w14:textId="18618EF7" w:rsidR="00BA056B" w:rsidRDefault="00000000">
      <w:pPr>
        <w:spacing w:after="20"/>
      </w:pPr>
      <w:r>
        <w:t>6. Số điện thoại: ........................................................</w:t>
      </w:r>
      <w:r w:rsidR="003D188D">
        <w:t>........</w:t>
      </w:r>
      <w:r>
        <w:t>................................................................</w:t>
      </w:r>
    </w:p>
    <w:p w14:paraId="5C4EA17A" w14:textId="07FA8E2D" w:rsidR="00BA056B" w:rsidRDefault="00000000">
      <w:pPr>
        <w:spacing w:after="20"/>
      </w:pPr>
      <w:r>
        <w:t>7. Email (nếu có): ........................................</w:t>
      </w:r>
      <w:r w:rsidR="003D188D">
        <w:t>.....</w:t>
      </w:r>
      <w:r>
        <w:t>................................................................................</w:t>
      </w:r>
    </w:p>
    <w:p w14:paraId="4F95B3FD" w14:textId="28095D6B" w:rsidR="00BA056B" w:rsidRDefault="00000000">
      <w:pPr>
        <w:spacing w:before="100" w:after="40"/>
      </w:pPr>
      <w:r>
        <w:rPr>
          <w:b/>
        </w:rPr>
        <w:t>II. TRÌNH ĐỘ ĐÀO TẠO, BỒI DƯỠNG</w:t>
      </w:r>
    </w:p>
    <w:p w14:paraId="3D26D59D" w14:textId="6B050A2B" w:rsidR="00BA056B" w:rsidRDefault="00000000">
      <w:pPr>
        <w:spacing w:after="20"/>
      </w:pPr>
      <w:r>
        <w:t>1. Văn bằng chuyên môn cao nhất............................................................................................................</w:t>
      </w:r>
    </w:p>
    <w:p w14:paraId="15DDC6AC" w14:textId="77777777" w:rsidR="00BA056B" w:rsidRDefault="00000000">
      <w:pPr>
        <w:spacing w:after="20"/>
      </w:pPr>
      <w:r>
        <w:t>- Trình độ đào tạo: ........................................................................................................................</w:t>
      </w:r>
    </w:p>
    <w:p w14:paraId="781B77C4" w14:textId="3B63F94D" w:rsidR="00BA056B" w:rsidRDefault="00000000">
      <w:pPr>
        <w:spacing w:after="20"/>
      </w:pPr>
      <w:r>
        <w:t>- Ngành/chuyên ngành đào tạo: .......................................................................................................................</w:t>
      </w:r>
    </w:p>
    <w:p w14:paraId="50CE9EC0" w14:textId="77777777" w:rsidR="00BA056B" w:rsidRDefault="00000000">
      <w:pPr>
        <w:spacing w:after="20"/>
      </w:pPr>
      <w:r>
        <w:t>- Cơ sở đào tạo: ........................................................................................................................</w:t>
      </w:r>
    </w:p>
    <w:p w14:paraId="21AD1207" w14:textId="77777777" w:rsidR="00BA056B" w:rsidRDefault="00000000">
      <w:pPr>
        <w:spacing w:after="20"/>
      </w:pPr>
      <w:r>
        <w:t>- Hình thức đào tạo: ........................................................................................................................</w:t>
      </w:r>
    </w:p>
    <w:p w14:paraId="07996E10" w14:textId="77777777" w:rsidR="00BA056B" w:rsidRDefault="00000000">
      <w:pPr>
        <w:spacing w:after="20"/>
      </w:pPr>
      <w:r>
        <w:t>- Năm tốt nghiệp: ............................    Xếp loại (nếu có): ........................................................................................................................</w:t>
      </w:r>
    </w:p>
    <w:p w14:paraId="24201549" w14:textId="77777777" w:rsidR="00BA056B" w:rsidRDefault="00000000">
      <w:r>
        <w:rPr>
          <w:b/>
        </w:rPr>
        <w:t>2. Các văn bằng, chứng chỉ, chương trình đào tạo, bồi dưỡng có liên quan trực tiếp đến vị trí đăng ký</w:t>
      </w:r>
    </w:p>
    <w:tbl>
      <w:tblPr>
        <w:tblStyle w:val="LiBang"/>
        <w:tblW w:w="0" w:type="auto"/>
        <w:jc w:val="center"/>
        <w:tblLook w:val="04A0" w:firstRow="1" w:lastRow="0" w:firstColumn="1" w:lastColumn="0" w:noHBand="0" w:noVBand="1"/>
      </w:tblPr>
      <w:tblGrid>
        <w:gridCol w:w="1039"/>
        <w:gridCol w:w="2735"/>
        <w:gridCol w:w="1892"/>
        <w:gridCol w:w="1847"/>
        <w:gridCol w:w="1831"/>
      </w:tblGrid>
      <w:tr w:rsidR="00BA056B" w:rsidRPr="003D188D" w14:paraId="229B0309" w14:textId="77777777" w:rsidTr="003D188D">
        <w:trPr>
          <w:tblHeader/>
          <w:jc w:val="center"/>
        </w:trPr>
        <w:tc>
          <w:tcPr>
            <w:tcW w:w="1134" w:type="dxa"/>
            <w:tcMar>
              <w:top w:w="60" w:type="dxa"/>
              <w:left w:w="80" w:type="dxa"/>
              <w:bottom w:w="60" w:type="dxa"/>
              <w:right w:w="80" w:type="dxa"/>
            </w:tcMar>
            <w:vAlign w:val="center"/>
          </w:tcPr>
          <w:p w14:paraId="7DDD5135" w14:textId="77777777" w:rsidR="00BA056B" w:rsidRPr="003D188D" w:rsidRDefault="00000000">
            <w:pPr>
              <w:jc w:val="center"/>
              <w:rPr>
                <w:szCs w:val="24"/>
              </w:rPr>
            </w:pPr>
            <w:r w:rsidRPr="003D188D">
              <w:rPr>
                <w:b/>
                <w:szCs w:val="24"/>
              </w:rPr>
              <w:t>TT</w:t>
            </w:r>
          </w:p>
        </w:tc>
        <w:tc>
          <w:tcPr>
            <w:tcW w:w="2968" w:type="dxa"/>
            <w:tcMar>
              <w:top w:w="60" w:type="dxa"/>
              <w:left w:w="80" w:type="dxa"/>
              <w:bottom w:w="60" w:type="dxa"/>
              <w:right w:w="80" w:type="dxa"/>
            </w:tcMar>
            <w:vAlign w:val="center"/>
          </w:tcPr>
          <w:p w14:paraId="2E81473B" w14:textId="77777777" w:rsidR="00BA056B" w:rsidRPr="003D188D" w:rsidRDefault="00000000">
            <w:pPr>
              <w:jc w:val="center"/>
              <w:rPr>
                <w:szCs w:val="24"/>
              </w:rPr>
            </w:pPr>
            <w:r w:rsidRPr="003D188D">
              <w:rPr>
                <w:b/>
                <w:szCs w:val="24"/>
              </w:rPr>
              <w:t>Tên văn bằng/chứng chỉ/nội dung đào tạo, bồi dưỡng</w:t>
            </w:r>
          </w:p>
        </w:tc>
        <w:tc>
          <w:tcPr>
            <w:tcW w:w="2051" w:type="dxa"/>
            <w:tcMar>
              <w:top w:w="60" w:type="dxa"/>
              <w:left w:w="80" w:type="dxa"/>
              <w:bottom w:w="60" w:type="dxa"/>
              <w:right w:w="80" w:type="dxa"/>
            </w:tcMar>
            <w:vAlign w:val="center"/>
          </w:tcPr>
          <w:p w14:paraId="30966858" w14:textId="77777777" w:rsidR="00BA056B" w:rsidRPr="003D188D" w:rsidRDefault="00000000">
            <w:pPr>
              <w:jc w:val="center"/>
              <w:rPr>
                <w:szCs w:val="24"/>
              </w:rPr>
            </w:pPr>
            <w:r w:rsidRPr="003D188D">
              <w:rPr>
                <w:b/>
                <w:szCs w:val="24"/>
              </w:rPr>
              <w:t>Cơ sở cấp/đào tạo</w:t>
            </w:r>
          </w:p>
        </w:tc>
        <w:tc>
          <w:tcPr>
            <w:tcW w:w="2051" w:type="dxa"/>
            <w:tcMar>
              <w:top w:w="60" w:type="dxa"/>
              <w:left w:w="80" w:type="dxa"/>
              <w:bottom w:w="60" w:type="dxa"/>
              <w:right w:w="80" w:type="dxa"/>
            </w:tcMar>
            <w:vAlign w:val="center"/>
          </w:tcPr>
          <w:p w14:paraId="152DBD81" w14:textId="77777777" w:rsidR="00BA056B" w:rsidRPr="003D188D" w:rsidRDefault="00000000">
            <w:pPr>
              <w:jc w:val="center"/>
              <w:rPr>
                <w:szCs w:val="24"/>
              </w:rPr>
            </w:pPr>
            <w:r w:rsidRPr="003D188D">
              <w:rPr>
                <w:b/>
                <w:szCs w:val="24"/>
              </w:rPr>
              <w:t>Thời gian hoặc năm cấp</w:t>
            </w:r>
          </w:p>
        </w:tc>
        <w:tc>
          <w:tcPr>
            <w:tcW w:w="2051" w:type="dxa"/>
            <w:tcMar>
              <w:top w:w="60" w:type="dxa"/>
              <w:left w:w="80" w:type="dxa"/>
              <w:bottom w:w="60" w:type="dxa"/>
              <w:right w:w="80" w:type="dxa"/>
            </w:tcMar>
            <w:vAlign w:val="center"/>
          </w:tcPr>
          <w:p w14:paraId="16CBC6EC" w14:textId="77777777" w:rsidR="00BA056B" w:rsidRPr="003D188D" w:rsidRDefault="00000000">
            <w:pPr>
              <w:jc w:val="center"/>
              <w:rPr>
                <w:szCs w:val="24"/>
              </w:rPr>
            </w:pPr>
            <w:r w:rsidRPr="003D188D">
              <w:rPr>
                <w:b/>
                <w:szCs w:val="24"/>
              </w:rPr>
              <w:t>Ghi chú</w:t>
            </w:r>
          </w:p>
        </w:tc>
      </w:tr>
      <w:tr w:rsidR="00BA056B" w:rsidRPr="003D188D" w14:paraId="20821C66" w14:textId="77777777" w:rsidTr="003D188D">
        <w:trPr>
          <w:jc w:val="center"/>
        </w:trPr>
        <w:tc>
          <w:tcPr>
            <w:tcW w:w="1134" w:type="dxa"/>
            <w:tcMar>
              <w:top w:w="60" w:type="dxa"/>
              <w:left w:w="80" w:type="dxa"/>
              <w:bottom w:w="60" w:type="dxa"/>
              <w:right w:w="80" w:type="dxa"/>
            </w:tcMar>
            <w:vAlign w:val="center"/>
          </w:tcPr>
          <w:p w14:paraId="2FD025B2" w14:textId="77777777" w:rsidR="00BA056B" w:rsidRPr="003D188D" w:rsidRDefault="00000000">
            <w:pPr>
              <w:jc w:val="center"/>
              <w:rPr>
                <w:szCs w:val="24"/>
              </w:rPr>
            </w:pPr>
            <w:r w:rsidRPr="003D188D">
              <w:rPr>
                <w:szCs w:val="24"/>
              </w:rPr>
              <w:t>1</w:t>
            </w:r>
          </w:p>
        </w:tc>
        <w:tc>
          <w:tcPr>
            <w:tcW w:w="2968" w:type="dxa"/>
            <w:tcMar>
              <w:top w:w="60" w:type="dxa"/>
              <w:left w:w="80" w:type="dxa"/>
              <w:bottom w:w="60" w:type="dxa"/>
              <w:right w:w="80" w:type="dxa"/>
            </w:tcMar>
            <w:vAlign w:val="center"/>
          </w:tcPr>
          <w:p w14:paraId="5F42E4B2" w14:textId="77777777" w:rsidR="00BA056B" w:rsidRPr="003D188D" w:rsidRDefault="00BA056B">
            <w:pPr>
              <w:rPr>
                <w:szCs w:val="24"/>
              </w:rPr>
            </w:pPr>
          </w:p>
        </w:tc>
        <w:tc>
          <w:tcPr>
            <w:tcW w:w="2051" w:type="dxa"/>
            <w:tcMar>
              <w:top w:w="60" w:type="dxa"/>
              <w:left w:w="80" w:type="dxa"/>
              <w:bottom w:w="60" w:type="dxa"/>
              <w:right w:w="80" w:type="dxa"/>
            </w:tcMar>
            <w:vAlign w:val="center"/>
          </w:tcPr>
          <w:p w14:paraId="244C61FF" w14:textId="77777777" w:rsidR="00BA056B" w:rsidRPr="003D188D" w:rsidRDefault="00BA056B">
            <w:pPr>
              <w:rPr>
                <w:szCs w:val="24"/>
              </w:rPr>
            </w:pPr>
          </w:p>
        </w:tc>
        <w:tc>
          <w:tcPr>
            <w:tcW w:w="2051" w:type="dxa"/>
            <w:tcMar>
              <w:top w:w="60" w:type="dxa"/>
              <w:left w:w="80" w:type="dxa"/>
              <w:bottom w:w="60" w:type="dxa"/>
              <w:right w:w="80" w:type="dxa"/>
            </w:tcMar>
            <w:vAlign w:val="center"/>
          </w:tcPr>
          <w:p w14:paraId="21584B9B" w14:textId="77777777" w:rsidR="00BA056B" w:rsidRPr="003D188D" w:rsidRDefault="00BA056B">
            <w:pPr>
              <w:rPr>
                <w:szCs w:val="24"/>
              </w:rPr>
            </w:pPr>
          </w:p>
        </w:tc>
        <w:tc>
          <w:tcPr>
            <w:tcW w:w="2051" w:type="dxa"/>
            <w:tcMar>
              <w:top w:w="60" w:type="dxa"/>
              <w:left w:w="80" w:type="dxa"/>
              <w:bottom w:w="60" w:type="dxa"/>
              <w:right w:w="80" w:type="dxa"/>
            </w:tcMar>
            <w:vAlign w:val="center"/>
          </w:tcPr>
          <w:p w14:paraId="53593639" w14:textId="77777777" w:rsidR="00BA056B" w:rsidRPr="003D188D" w:rsidRDefault="00BA056B">
            <w:pPr>
              <w:rPr>
                <w:szCs w:val="24"/>
              </w:rPr>
            </w:pPr>
          </w:p>
        </w:tc>
      </w:tr>
      <w:tr w:rsidR="00BA056B" w:rsidRPr="003D188D" w14:paraId="3C49FD35" w14:textId="77777777" w:rsidTr="003D188D">
        <w:trPr>
          <w:jc w:val="center"/>
        </w:trPr>
        <w:tc>
          <w:tcPr>
            <w:tcW w:w="1134" w:type="dxa"/>
            <w:tcMar>
              <w:top w:w="60" w:type="dxa"/>
              <w:left w:w="80" w:type="dxa"/>
              <w:bottom w:w="60" w:type="dxa"/>
              <w:right w:w="80" w:type="dxa"/>
            </w:tcMar>
            <w:vAlign w:val="center"/>
          </w:tcPr>
          <w:p w14:paraId="3A8839EA" w14:textId="77777777" w:rsidR="00BA056B" w:rsidRPr="003D188D" w:rsidRDefault="00000000">
            <w:pPr>
              <w:jc w:val="center"/>
              <w:rPr>
                <w:szCs w:val="24"/>
              </w:rPr>
            </w:pPr>
            <w:r w:rsidRPr="003D188D">
              <w:rPr>
                <w:szCs w:val="24"/>
              </w:rPr>
              <w:t>2</w:t>
            </w:r>
          </w:p>
        </w:tc>
        <w:tc>
          <w:tcPr>
            <w:tcW w:w="2968" w:type="dxa"/>
            <w:tcMar>
              <w:top w:w="60" w:type="dxa"/>
              <w:left w:w="80" w:type="dxa"/>
              <w:bottom w:w="60" w:type="dxa"/>
              <w:right w:w="80" w:type="dxa"/>
            </w:tcMar>
            <w:vAlign w:val="center"/>
          </w:tcPr>
          <w:p w14:paraId="17229D14" w14:textId="77777777" w:rsidR="00BA056B" w:rsidRPr="003D188D" w:rsidRDefault="00BA056B">
            <w:pPr>
              <w:rPr>
                <w:szCs w:val="24"/>
              </w:rPr>
            </w:pPr>
          </w:p>
        </w:tc>
        <w:tc>
          <w:tcPr>
            <w:tcW w:w="2051" w:type="dxa"/>
            <w:tcMar>
              <w:top w:w="60" w:type="dxa"/>
              <w:left w:w="80" w:type="dxa"/>
              <w:bottom w:w="60" w:type="dxa"/>
              <w:right w:w="80" w:type="dxa"/>
            </w:tcMar>
            <w:vAlign w:val="center"/>
          </w:tcPr>
          <w:p w14:paraId="25F0BE4A" w14:textId="77777777" w:rsidR="00BA056B" w:rsidRPr="003D188D" w:rsidRDefault="00BA056B">
            <w:pPr>
              <w:rPr>
                <w:szCs w:val="24"/>
              </w:rPr>
            </w:pPr>
          </w:p>
        </w:tc>
        <w:tc>
          <w:tcPr>
            <w:tcW w:w="2051" w:type="dxa"/>
            <w:tcMar>
              <w:top w:w="60" w:type="dxa"/>
              <w:left w:w="80" w:type="dxa"/>
              <w:bottom w:w="60" w:type="dxa"/>
              <w:right w:w="80" w:type="dxa"/>
            </w:tcMar>
            <w:vAlign w:val="center"/>
          </w:tcPr>
          <w:p w14:paraId="1FC0F54D" w14:textId="77777777" w:rsidR="00BA056B" w:rsidRPr="003D188D" w:rsidRDefault="00BA056B">
            <w:pPr>
              <w:rPr>
                <w:szCs w:val="24"/>
              </w:rPr>
            </w:pPr>
          </w:p>
        </w:tc>
        <w:tc>
          <w:tcPr>
            <w:tcW w:w="2051" w:type="dxa"/>
            <w:tcMar>
              <w:top w:w="60" w:type="dxa"/>
              <w:left w:w="80" w:type="dxa"/>
              <w:bottom w:w="60" w:type="dxa"/>
              <w:right w:w="80" w:type="dxa"/>
            </w:tcMar>
            <w:vAlign w:val="center"/>
          </w:tcPr>
          <w:p w14:paraId="488F4B56" w14:textId="77777777" w:rsidR="00BA056B" w:rsidRPr="003D188D" w:rsidRDefault="00BA056B">
            <w:pPr>
              <w:rPr>
                <w:szCs w:val="24"/>
              </w:rPr>
            </w:pPr>
          </w:p>
        </w:tc>
      </w:tr>
      <w:tr w:rsidR="00BA056B" w:rsidRPr="003D188D" w14:paraId="14FDF89E" w14:textId="77777777" w:rsidTr="003D188D">
        <w:trPr>
          <w:jc w:val="center"/>
        </w:trPr>
        <w:tc>
          <w:tcPr>
            <w:tcW w:w="1134" w:type="dxa"/>
            <w:tcMar>
              <w:top w:w="60" w:type="dxa"/>
              <w:left w:w="80" w:type="dxa"/>
              <w:bottom w:w="60" w:type="dxa"/>
              <w:right w:w="80" w:type="dxa"/>
            </w:tcMar>
            <w:vAlign w:val="center"/>
          </w:tcPr>
          <w:p w14:paraId="7D83A15C" w14:textId="77777777" w:rsidR="00BA056B" w:rsidRPr="003D188D" w:rsidRDefault="00000000">
            <w:pPr>
              <w:jc w:val="center"/>
              <w:rPr>
                <w:szCs w:val="24"/>
              </w:rPr>
            </w:pPr>
            <w:r w:rsidRPr="003D188D">
              <w:rPr>
                <w:szCs w:val="24"/>
              </w:rPr>
              <w:t>3</w:t>
            </w:r>
          </w:p>
        </w:tc>
        <w:tc>
          <w:tcPr>
            <w:tcW w:w="2968" w:type="dxa"/>
            <w:tcMar>
              <w:top w:w="60" w:type="dxa"/>
              <w:left w:w="80" w:type="dxa"/>
              <w:bottom w:w="60" w:type="dxa"/>
              <w:right w:w="80" w:type="dxa"/>
            </w:tcMar>
            <w:vAlign w:val="center"/>
          </w:tcPr>
          <w:p w14:paraId="3DD22EB9" w14:textId="77777777" w:rsidR="00BA056B" w:rsidRPr="003D188D" w:rsidRDefault="00BA056B">
            <w:pPr>
              <w:rPr>
                <w:szCs w:val="24"/>
              </w:rPr>
            </w:pPr>
          </w:p>
        </w:tc>
        <w:tc>
          <w:tcPr>
            <w:tcW w:w="2051" w:type="dxa"/>
            <w:tcMar>
              <w:top w:w="60" w:type="dxa"/>
              <w:left w:w="80" w:type="dxa"/>
              <w:bottom w:w="60" w:type="dxa"/>
              <w:right w:w="80" w:type="dxa"/>
            </w:tcMar>
            <w:vAlign w:val="center"/>
          </w:tcPr>
          <w:p w14:paraId="4357430D" w14:textId="77777777" w:rsidR="00BA056B" w:rsidRPr="003D188D" w:rsidRDefault="00BA056B">
            <w:pPr>
              <w:rPr>
                <w:szCs w:val="24"/>
              </w:rPr>
            </w:pPr>
          </w:p>
        </w:tc>
        <w:tc>
          <w:tcPr>
            <w:tcW w:w="2051" w:type="dxa"/>
            <w:tcMar>
              <w:top w:w="60" w:type="dxa"/>
              <w:left w:w="80" w:type="dxa"/>
              <w:bottom w:w="60" w:type="dxa"/>
              <w:right w:w="80" w:type="dxa"/>
            </w:tcMar>
            <w:vAlign w:val="center"/>
          </w:tcPr>
          <w:p w14:paraId="05B42D62" w14:textId="77777777" w:rsidR="00BA056B" w:rsidRPr="003D188D" w:rsidRDefault="00BA056B">
            <w:pPr>
              <w:rPr>
                <w:szCs w:val="24"/>
              </w:rPr>
            </w:pPr>
          </w:p>
        </w:tc>
        <w:tc>
          <w:tcPr>
            <w:tcW w:w="2051" w:type="dxa"/>
            <w:tcMar>
              <w:top w:w="60" w:type="dxa"/>
              <w:left w:w="80" w:type="dxa"/>
              <w:bottom w:w="60" w:type="dxa"/>
              <w:right w:w="80" w:type="dxa"/>
            </w:tcMar>
            <w:vAlign w:val="center"/>
          </w:tcPr>
          <w:p w14:paraId="6C3DAC0A" w14:textId="77777777" w:rsidR="00BA056B" w:rsidRPr="003D188D" w:rsidRDefault="00BA056B">
            <w:pPr>
              <w:rPr>
                <w:szCs w:val="24"/>
              </w:rPr>
            </w:pPr>
          </w:p>
        </w:tc>
      </w:tr>
      <w:tr w:rsidR="00BA056B" w:rsidRPr="003D188D" w14:paraId="4D88D9E8" w14:textId="77777777" w:rsidTr="003D188D">
        <w:trPr>
          <w:jc w:val="center"/>
        </w:trPr>
        <w:tc>
          <w:tcPr>
            <w:tcW w:w="1134" w:type="dxa"/>
            <w:tcMar>
              <w:top w:w="60" w:type="dxa"/>
              <w:left w:w="80" w:type="dxa"/>
              <w:bottom w:w="60" w:type="dxa"/>
              <w:right w:w="80" w:type="dxa"/>
            </w:tcMar>
            <w:vAlign w:val="center"/>
          </w:tcPr>
          <w:p w14:paraId="6E3777F9" w14:textId="77777777" w:rsidR="00BA056B" w:rsidRPr="003D188D" w:rsidRDefault="00000000">
            <w:pPr>
              <w:jc w:val="center"/>
              <w:rPr>
                <w:szCs w:val="24"/>
              </w:rPr>
            </w:pPr>
            <w:r w:rsidRPr="003D188D">
              <w:rPr>
                <w:szCs w:val="24"/>
              </w:rPr>
              <w:t>4</w:t>
            </w:r>
          </w:p>
        </w:tc>
        <w:tc>
          <w:tcPr>
            <w:tcW w:w="2968" w:type="dxa"/>
            <w:tcMar>
              <w:top w:w="60" w:type="dxa"/>
              <w:left w:w="80" w:type="dxa"/>
              <w:bottom w:w="60" w:type="dxa"/>
              <w:right w:w="80" w:type="dxa"/>
            </w:tcMar>
            <w:vAlign w:val="center"/>
          </w:tcPr>
          <w:p w14:paraId="61027C99" w14:textId="77777777" w:rsidR="00BA056B" w:rsidRPr="003D188D" w:rsidRDefault="00BA056B">
            <w:pPr>
              <w:rPr>
                <w:szCs w:val="24"/>
              </w:rPr>
            </w:pPr>
          </w:p>
        </w:tc>
        <w:tc>
          <w:tcPr>
            <w:tcW w:w="2051" w:type="dxa"/>
            <w:tcMar>
              <w:top w:w="60" w:type="dxa"/>
              <w:left w:w="80" w:type="dxa"/>
              <w:bottom w:w="60" w:type="dxa"/>
              <w:right w:w="80" w:type="dxa"/>
            </w:tcMar>
            <w:vAlign w:val="center"/>
          </w:tcPr>
          <w:p w14:paraId="3772DE36" w14:textId="77777777" w:rsidR="00BA056B" w:rsidRPr="003D188D" w:rsidRDefault="00BA056B">
            <w:pPr>
              <w:rPr>
                <w:szCs w:val="24"/>
              </w:rPr>
            </w:pPr>
          </w:p>
        </w:tc>
        <w:tc>
          <w:tcPr>
            <w:tcW w:w="2051" w:type="dxa"/>
            <w:tcMar>
              <w:top w:w="60" w:type="dxa"/>
              <w:left w:w="80" w:type="dxa"/>
              <w:bottom w:w="60" w:type="dxa"/>
              <w:right w:w="80" w:type="dxa"/>
            </w:tcMar>
            <w:vAlign w:val="center"/>
          </w:tcPr>
          <w:p w14:paraId="4CC39548" w14:textId="77777777" w:rsidR="00BA056B" w:rsidRPr="003D188D" w:rsidRDefault="00BA056B">
            <w:pPr>
              <w:rPr>
                <w:szCs w:val="24"/>
              </w:rPr>
            </w:pPr>
          </w:p>
        </w:tc>
        <w:tc>
          <w:tcPr>
            <w:tcW w:w="2051" w:type="dxa"/>
            <w:tcMar>
              <w:top w:w="60" w:type="dxa"/>
              <w:left w:w="80" w:type="dxa"/>
              <w:bottom w:w="60" w:type="dxa"/>
              <w:right w:w="80" w:type="dxa"/>
            </w:tcMar>
            <w:vAlign w:val="center"/>
          </w:tcPr>
          <w:p w14:paraId="0642D8EE" w14:textId="77777777" w:rsidR="00BA056B" w:rsidRPr="003D188D" w:rsidRDefault="00BA056B">
            <w:pPr>
              <w:rPr>
                <w:szCs w:val="24"/>
              </w:rPr>
            </w:pPr>
          </w:p>
        </w:tc>
      </w:tr>
    </w:tbl>
    <w:p w14:paraId="161C8302" w14:textId="77777777" w:rsidR="00BA056B" w:rsidRDefault="00000000">
      <w:pPr>
        <w:spacing w:before="100" w:after="40"/>
      </w:pPr>
      <w:r>
        <w:rPr>
          <w:b/>
        </w:rPr>
        <w:t>III. QUÁ TRÌNH CÔNG TÁC</w:t>
      </w:r>
    </w:p>
    <w:p w14:paraId="5EDAA284" w14:textId="77777777" w:rsidR="00BA056B" w:rsidRDefault="00000000">
      <w:r>
        <w:rPr>
          <w:i/>
        </w:rPr>
        <w:t>Ghi quá trình công tác có liên quan đến vị trí đăng ký; nếu chưa từng công tác thì ghi “Chưa có”.</w:t>
      </w:r>
    </w:p>
    <w:tbl>
      <w:tblPr>
        <w:tblStyle w:val="LiBang"/>
        <w:tblW w:w="0" w:type="auto"/>
        <w:jc w:val="center"/>
        <w:tblLook w:val="04A0" w:firstRow="1" w:lastRow="0" w:firstColumn="1" w:lastColumn="0" w:noHBand="0" w:noVBand="1"/>
      </w:tblPr>
      <w:tblGrid>
        <w:gridCol w:w="1908"/>
        <w:gridCol w:w="1908"/>
        <w:gridCol w:w="1812"/>
        <w:gridCol w:w="1852"/>
        <w:gridCol w:w="1864"/>
      </w:tblGrid>
      <w:tr w:rsidR="00BA056B" w:rsidRPr="003D188D" w14:paraId="214D2364" w14:textId="77777777">
        <w:trPr>
          <w:tblHeader/>
          <w:jc w:val="center"/>
        </w:trPr>
        <w:tc>
          <w:tcPr>
            <w:tcW w:w="2051" w:type="dxa"/>
            <w:tcMar>
              <w:top w:w="60" w:type="dxa"/>
              <w:left w:w="80" w:type="dxa"/>
              <w:bottom w:w="60" w:type="dxa"/>
              <w:right w:w="80" w:type="dxa"/>
            </w:tcMar>
            <w:vAlign w:val="center"/>
          </w:tcPr>
          <w:p w14:paraId="0499840A" w14:textId="77777777" w:rsidR="00BA056B" w:rsidRPr="003D188D" w:rsidRDefault="00000000">
            <w:pPr>
              <w:jc w:val="center"/>
              <w:rPr>
                <w:szCs w:val="24"/>
              </w:rPr>
            </w:pPr>
            <w:r w:rsidRPr="003D188D">
              <w:rPr>
                <w:b/>
                <w:szCs w:val="24"/>
              </w:rPr>
              <w:t>Từ tháng/năm</w:t>
            </w:r>
          </w:p>
        </w:tc>
        <w:tc>
          <w:tcPr>
            <w:tcW w:w="2051" w:type="dxa"/>
            <w:tcMar>
              <w:top w:w="60" w:type="dxa"/>
              <w:left w:w="80" w:type="dxa"/>
              <w:bottom w:w="60" w:type="dxa"/>
              <w:right w:w="80" w:type="dxa"/>
            </w:tcMar>
            <w:vAlign w:val="center"/>
          </w:tcPr>
          <w:p w14:paraId="106B1E32" w14:textId="77777777" w:rsidR="00BA056B" w:rsidRPr="003D188D" w:rsidRDefault="00000000">
            <w:pPr>
              <w:jc w:val="center"/>
              <w:rPr>
                <w:szCs w:val="24"/>
              </w:rPr>
            </w:pPr>
            <w:r w:rsidRPr="003D188D">
              <w:rPr>
                <w:b/>
                <w:szCs w:val="24"/>
              </w:rPr>
              <w:t>Đến tháng/năm</w:t>
            </w:r>
          </w:p>
        </w:tc>
        <w:tc>
          <w:tcPr>
            <w:tcW w:w="2051" w:type="dxa"/>
            <w:tcMar>
              <w:top w:w="60" w:type="dxa"/>
              <w:left w:w="80" w:type="dxa"/>
              <w:bottom w:w="60" w:type="dxa"/>
              <w:right w:w="80" w:type="dxa"/>
            </w:tcMar>
            <w:vAlign w:val="center"/>
          </w:tcPr>
          <w:p w14:paraId="78721E3B" w14:textId="77777777" w:rsidR="00BA056B" w:rsidRPr="003D188D" w:rsidRDefault="00000000">
            <w:pPr>
              <w:jc w:val="center"/>
              <w:rPr>
                <w:szCs w:val="24"/>
              </w:rPr>
            </w:pPr>
            <w:r w:rsidRPr="003D188D">
              <w:rPr>
                <w:b/>
                <w:szCs w:val="24"/>
              </w:rPr>
              <w:t>Cơ quan, đơn vị</w:t>
            </w:r>
          </w:p>
        </w:tc>
        <w:tc>
          <w:tcPr>
            <w:tcW w:w="2051" w:type="dxa"/>
            <w:tcMar>
              <w:top w:w="60" w:type="dxa"/>
              <w:left w:w="80" w:type="dxa"/>
              <w:bottom w:w="60" w:type="dxa"/>
              <w:right w:w="80" w:type="dxa"/>
            </w:tcMar>
            <w:vAlign w:val="center"/>
          </w:tcPr>
          <w:p w14:paraId="4CFEB4DE" w14:textId="77777777" w:rsidR="00BA056B" w:rsidRPr="003D188D" w:rsidRDefault="00000000">
            <w:pPr>
              <w:jc w:val="center"/>
              <w:rPr>
                <w:szCs w:val="24"/>
              </w:rPr>
            </w:pPr>
            <w:r w:rsidRPr="003D188D">
              <w:rPr>
                <w:b/>
                <w:szCs w:val="24"/>
              </w:rPr>
              <w:t>Vị trí/công việc đảm nhiệm</w:t>
            </w:r>
          </w:p>
        </w:tc>
        <w:tc>
          <w:tcPr>
            <w:tcW w:w="2051" w:type="dxa"/>
            <w:tcMar>
              <w:top w:w="60" w:type="dxa"/>
              <w:left w:w="80" w:type="dxa"/>
              <w:bottom w:w="60" w:type="dxa"/>
              <w:right w:w="80" w:type="dxa"/>
            </w:tcMar>
            <w:vAlign w:val="center"/>
          </w:tcPr>
          <w:p w14:paraId="626D972A" w14:textId="77777777" w:rsidR="00BA056B" w:rsidRPr="003D188D" w:rsidRDefault="00000000">
            <w:pPr>
              <w:jc w:val="center"/>
              <w:rPr>
                <w:szCs w:val="24"/>
              </w:rPr>
            </w:pPr>
            <w:r w:rsidRPr="003D188D">
              <w:rPr>
                <w:b/>
                <w:szCs w:val="24"/>
              </w:rPr>
              <w:t>Hình thức làm việc/hợp đồng</w:t>
            </w:r>
          </w:p>
        </w:tc>
      </w:tr>
      <w:tr w:rsidR="00BA056B" w:rsidRPr="003D188D" w14:paraId="689CA32D" w14:textId="77777777">
        <w:trPr>
          <w:jc w:val="center"/>
        </w:trPr>
        <w:tc>
          <w:tcPr>
            <w:tcW w:w="2051" w:type="dxa"/>
            <w:tcMar>
              <w:top w:w="60" w:type="dxa"/>
              <w:left w:w="80" w:type="dxa"/>
              <w:bottom w:w="60" w:type="dxa"/>
              <w:right w:w="80" w:type="dxa"/>
            </w:tcMar>
            <w:vAlign w:val="center"/>
          </w:tcPr>
          <w:p w14:paraId="275373D8" w14:textId="77777777" w:rsidR="00BA056B" w:rsidRPr="003D188D" w:rsidRDefault="00BA056B">
            <w:pPr>
              <w:rPr>
                <w:szCs w:val="24"/>
              </w:rPr>
            </w:pPr>
          </w:p>
        </w:tc>
        <w:tc>
          <w:tcPr>
            <w:tcW w:w="2051" w:type="dxa"/>
            <w:tcMar>
              <w:top w:w="60" w:type="dxa"/>
              <w:left w:w="80" w:type="dxa"/>
              <w:bottom w:w="60" w:type="dxa"/>
              <w:right w:w="80" w:type="dxa"/>
            </w:tcMar>
            <w:vAlign w:val="center"/>
          </w:tcPr>
          <w:p w14:paraId="478FE801" w14:textId="77777777" w:rsidR="00BA056B" w:rsidRPr="003D188D" w:rsidRDefault="00BA056B">
            <w:pPr>
              <w:rPr>
                <w:szCs w:val="24"/>
              </w:rPr>
            </w:pPr>
          </w:p>
        </w:tc>
        <w:tc>
          <w:tcPr>
            <w:tcW w:w="2051" w:type="dxa"/>
            <w:tcMar>
              <w:top w:w="60" w:type="dxa"/>
              <w:left w:w="80" w:type="dxa"/>
              <w:bottom w:w="60" w:type="dxa"/>
              <w:right w:w="80" w:type="dxa"/>
            </w:tcMar>
            <w:vAlign w:val="center"/>
          </w:tcPr>
          <w:p w14:paraId="76C45397" w14:textId="77777777" w:rsidR="00BA056B" w:rsidRPr="003D188D" w:rsidRDefault="00BA056B">
            <w:pPr>
              <w:rPr>
                <w:szCs w:val="24"/>
              </w:rPr>
            </w:pPr>
          </w:p>
        </w:tc>
        <w:tc>
          <w:tcPr>
            <w:tcW w:w="2051" w:type="dxa"/>
            <w:tcMar>
              <w:top w:w="60" w:type="dxa"/>
              <w:left w:w="80" w:type="dxa"/>
              <w:bottom w:w="60" w:type="dxa"/>
              <w:right w:w="80" w:type="dxa"/>
            </w:tcMar>
            <w:vAlign w:val="center"/>
          </w:tcPr>
          <w:p w14:paraId="64C7B0E7" w14:textId="77777777" w:rsidR="00BA056B" w:rsidRPr="003D188D" w:rsidRDefault="00BA056B">
            <w:pPr>
              <w:rPr>
                <w:szCs w:val="24"/>
              </w:rPr>
            </w:pPr>
          </w:p>
        </w:tc>
        <w:tc>
          <w:tcPr>
            <w:tcW w:w="2051" w:type="dxa"/>
            <w:tcMar>
              <w:top w:w="60" w:type="dxa"/>
              <w:left w:w="80" w:type="dxa"/>
              <w:bottom w:w="60" w:type="dxa"/>
              <w:right w:w="80" w:type="dxa"/>
            </w:tcMar>
            <w:vAlign w:val="center"/>
          </w:tcPr>
          <w:p w14:paraId="5BDA813B" w14:textId="77777777" w:rsidR="00BA056B" w:rsidRPr="003D188D" w:rsidRDefault="00BA056B">
            <w:pPr>
              <w:rPr>
                <w:szCs w:val="24"/>
              </w:rPr>
            </w:pPr>
          </w:p>
        </w:tc>
      </w:tr>
      <w:tr w:rsidR="00BA056B" w:rsidRPr="003D188D" w14:paraId="6CB1382C" w14:textId="77777777">
        <w:trPr>
          <w:jc w:val="center"/>
        </w:trPr>
        <w:tc>
          <w:tcPr>
            <w:tcW w:w="2051" w:type="dxa"/>
            <w:tcMar>
              <w:top w:w="60" w:type="dxa"/>
              <w:left w:w="80" w:type="dxa"/>
              <w:bottom w:w="60" w:type="dxa"/>
              <w:right w:w="80" w:type="dxa"/>
            </w:tcMar>
            <w:vAlign w:val="center"/>
          </w:tcPr>
          <w:p w14:paraId="5C2CE105" w14:textId="77777777" w:rsidR="00BA056B" w:rsidRPr="003D188D" w:rsidRDefault="00BA056B">
            <w:pPr>
              <w:rPr>
                <w:szCs w:val="24"/>
              </w:rPr>
            </w:pPr>
          </w:p>
        </w:tc>
        <w:tc>
          <w:tcPr>
            <w:tcW w:w="2051" w:type="dxa"/>
            <w:tcMar>
              <w:top w:w="60" w:type="dxa"/>
              <w:left w:w="80" w:type="dxa"/>
              <w:bottom w:w="60" w:type="dxa"/>
              <w:right w:w="80" w:type="dxa"/>
            </w:tcMar>
            <w:vAlign w:val="center"/>
          </w:tcPr>
          <w:p w14:paraId="40C15754" w14:textId="77777777" w:rsidR="00BA056B" w:rsidRPr="003D188D" w:rsidRDefault="00BA056B">
            <w:pPr>
              <w:rPr>
                <w:szCs w:val="24"/>
              </w:rPr>
            </w:pPr>
          </w:p>
        </w:tc>
        <w:tc>
          <w:tcPr>
            <w:tcW w:w="2051" w:type="dxa"/>
            <w:tcMar>
              <w:top w:w="60" w:type="dxa"/>
              <w:left w:w="80" w:type="dxa"/>
              <w:bottom w:w="60" w:type="dxa"/>
              <w:right w:w="80" w:type="dxa"/>
            </w:tcMar>
            <w:vAlign w:val="center"/>
          </w:tcPr>
          <w:p w14:paraId="54401B8A" w14:textId="77777777" w:rsidR="00BA056B" w:rsidRPr="003D188D" w:rsidRDefault="00BA056B">
            <w:pPr>
              <w:rPr>
                <w:szCs w:val="24"/>
              </w:rPr>
            </w:pPr>
          </w:p>
        </w:tc>
        <w:tc>
          <w:tcPr>
            <w:tcW w:w="2051" w:type="dxa"/>
            <w:tcMar>
              <w:top w:w="60" w:type="dxa"/>
              <w:left w:w="80" w:type="dxa"/>
              <w:bottom w:w="60" w:type="dxa"/>
              <w:right w:w="80" w:type="dxa"/>
            </w:tcMar>
            <w:vAlign w:val="center"/>
          </w:tcPr>
          <w:p w14:paraId="3A6D57CC" w14:textId="77777777" w:rsidR="00BA056B" w:rsidRPr="003D188D" w:rsidRDefault="00BA056B">
            <w:pPr>
              <w:rPr>
                <w:szCs w:val="24"/>
              </w:rPr>
            </w:pPr>
          </w:p>
        </w:tc>
        <w:tc>
          <w:tcPr>
            <w:tcW w:w="2051" w:type="dxa"/>
            <w:tcMar>
              <w:top w:w="60" w:type="dxa"/>
              <w:left w:w="80" w:type="dxa"/>
              <w:bottom w:w="60" w:type="dxa"/>
              <w:right w:w="80" w:type="dxa"/>
            </w:tcMar>
            <w:vAlign w:val="center"/>
          </w:tcPr>
          <w:p w14:paraId="0FCDFEB6" w14:textId="77777777" w:rsidR="00BA056B" w:rsidRPr="003D188D" w:rsidRDefault="00BA056B">
            <w:pPr>
              <w:rPr>
                <w:szCs w:val="24"/>
              </w:rPr>
            </w:pPr>
          </w:p>
        </w:tc>
      </w:tr>
      <w:tr w:rsidR="00BA056B" w:rsidRPr="003D188D" w14:paraId="6460462A" w14:textId="77777777">
        <w:trPr>
          <w:jc w:val="center"/>
        </w:trPr>
        <w:tc>
          <w:tcPr>
            <w:tcW w:w="2051" w:type="dxa"/>
            <w:tcMar>
              <w:top w:w="60" w:type="dxa"/>
              <w:left w:w="80" w:type="dxa"/>
              <w:bottom w:w="60" w:type="dxa"/>
              <w:right w:w="80" w:type="dxa"/>
            </w:tcMar>
            <w:vAlign w:val="center"/>
          </w:tcPr>
          <w:p w14:paraId="65C4E8B1" w14:textId="77777777" w:rsidR="00BA056B" w:rsidRPr="003D188D" w:rsidRDefault="00BA056B">
            <w:pPr>
              <w:rPr>
                <w:szCs w:val="24"/>
              </w:rPr>
            </w:pPr>
          </w:p>
        </w:tc>
        <w:tc>
          <w:tcPr>
            <w:tcW w:w="2051" w:type="dxa"/>
            <w:tcMar>
              <w:top w:w="60" w:type="dxa"/>
              <w:left w:w="80" w:type="dxa"/>
              <w:bottom w:w="60" w:type="dxa"/>
              <w:right w:w="80" w:type="dxa"/>
            </w:tcMar>
            <w:vAlign w:val="center"/>
          </w:tcPr>
          <w:p w14:paraId="4E1FC01E" w14:textId="77777777" w:rsidR="00BA056B" w:rsidRPr="003D188D" w:rsidRDefault="00BA056B">
            <w:pPr>
              <w:rPr>
                <w:szCs w:val="24"/>
              </w:rPr>
            </w:pPr>
          </w:p>
        </w:tc>
        <w:tc>
          <w:tcPr>
            <w:tcW w:w="2051" w:type="dxa"/>
            <w:tcMar>
              <w:top w:w="60" w:type="dxa"/>
              <w:left w:w="80" w:type="dxa"/>
              <w:bottom w:w="60" w:type="dxa"/>
              <w:right w:w="80" w:type="dxa"/>
            </w:tcMar>
            <w:vAlign w:val="center"/>
          </w:tcPr>
          <w:p w14:paraId="331A155E" w14:textId="77777777" w:rsidR="00BA056B" w:rsidRPr="003D188D" w:rsidRDefault="00BA056B">
            <w:pPr>
              <w:rPr>
                <w:szCs w:val="24"/>
              </w:rPr>
            </w:pPr>
          </w:p>
        </w:tc>
        <w:tc>
          <w:tcPr>
            <w:tcW w:w="2051" w:type="dxa"/>
            <w:tcMar>
              <w:top w:w="60" w:type="dxa"/>
              <w:left w:w="80" w:type="dxa"/>
              <w:bottom w:w="60" w:type="dxa"/>
              <w:right w:w="80" w:type="dxa"/>
            </w:tcMar>
            <w:vAlign w:val="center"/>
          </w:tcPr>
          <w:p w14:paraId="0AB28228" w14:textId="77777777" w:rsidR="00BA056B" w:rsidRPr="003D188D" w:rsidRDefault="00BA056B">
            <w:pPr>
              <w:rPr>
                <w:szCs w:val="24"/>
              </w:rPr>
            </w:pPr>
          </w:p>
        </w:tc>
        <w:tc>
          <w:tcPr>
            <w:tcW w:w="2051" w:type="dxa"/>
            <w:tcMar>
              <w:top w:w="60" w:type="dxa"/>
              <w:left w:w="80" w:type="dxa"/>
              <w:bottom w:w="60" w:type="dxa"/>
              <w:right w:w="80" w:type="dxa"/>
            </w:tcMar>
            <w:vAlign w:val="center"/>
          </w:tcPr>
          <w:p w14:paraId="7D37E52F" w14:textId="77777777" w:rsidR="00BA056B" w:rsidRPr="003D188D" w:rsidRDefault="00BA056B">
            <w:pPr>
              <w:rPr>
                <w:szCs w:val="24"/>
              </w:rPr>
            </w:pPr>
          </w:p>
        </w:tc>
      </w:tr>
      <w:tr w:rsidR="00BA056B" w:rsidRPr="003D188D" w14:paraId="4E2EF279" w14:textId="77777777">
        <w:trPr>
          <w:jc w:val="center"/>
        </w:trPr>
        <w:tc>
          <w:tcPr>
            <w:tcW w:w="2051" w:type="dxa"/>
            <w:tcMar>
              <w:top w:w="60" w:type="dxa"/>
              <w:left w:w="80" w:type="dxa"/>
              <w:bottom w:w="60" w:type="dxa"/>
              <w:right w:w="80" w:type="dxa"/>
            </w:tcMar>
            <w:vAlign w:val="center"/>
          </w:tcPr>
          <w:p w14:paraId="5C70B078" w14:textId="77777777" w:rsidR="00BA056B" w:rsidRPr="003D188D" w:rsidRDefault="00BA056B">
            <w:pPr>
              <w:rPr>
                <w:szCs w:val="24"/>
              </w:rPr>
            </w:pPr>
          </w:p>
        </w:tc>
        <w:tc>
          <w:tcPr>
            <w:tcW w:w="2051" w:type="dxa"/>
            <w:tcMar>
              <w:top w:w="60" w:type="dxa"/>
              <w:left w:w="80" w:type="dxa"/>
              <w:bottom w:w="60" w:type="dxa"/>
              <w:right w:w="80" w:type="dxa"/>
            </w:tcMar>
            <w:vAlign w:val="center"/>
          </w:tcPr>
          <w:p w14:paraId="6A2EC50E" w14:textId="77777777" w:rsidR="00BA056B" w:rsidRPr="003D188D" w:rsidRDefault="00BA056B">
            <w:pPr>
              <w:rPr>
                <w:szCs w:val="24"/>
              </w:rPr>
            </w:pPr>
          </w:p>
        </w:tc>
        <w:tc>
          <w:tcPr>
            <w:tcW w:w="2051" w:type="dxa"/>
            <w:tcMar>
              <w:top w:w="60" w:type="dxa"/>
              <w:left w:w="80" w:type="dxa"/>
              <w:bottom w:w="60" w:type="dxa"/>
              <w:right w:w="80" w:type="dxa"/>
            </w:tcMar>
            <w:vAlign w:val="center"/>
          </w:tcPr>
          <w:p w14:paraId="1F4AA5A5" w14:textId="77777777" w:rsidR="00BA056B" w:rsidRPr="003D188D" w:rsidRDefault="00BA056B">
            <w:pPr>
              <w:rPr>
                <w:szCs w:val="24"/>
              </w:rPr>
            </w:pPr>
          </w:p>
        </w:tc>
        <w:tc>
          <w:tcPr>
            <w:tcW w:w="2051" w:type="dxa"/>
            <w:tcMar>
              <w:top w:w="60" w:type="dxa"/>
              <w:left w:w="80" w:type="dxa"/>
              <w:bottom w:w="60" w:type="dxa"/>
              <w:right w:w="80" w:type="dxa"/>
            </w:tcMar>
            <w:vAlign w:val="center"/>
          </w:tcPr>
          <w:p w14:paraId="0DC17294" w14:textId="77777777" w:rsidR="00BA056B" w:rsidRPr="003D188D" w:rsidRDefault="00BA056B">
            <w:pPr>
              <w:rPr>
                <w:szCs w:val="24"/>
              </w:rPr>
            </w:pPr>
          </w:p>
        </w:tc>
        <w:tc>
          <w:tcPr>
            <w:tcW w:w="2051" w:type="dxa"/>
            <w:tcMar>
              <w:top w:w="60" w:type="dxa"/>
              <w:left w:w="80" w:type="dxa"/>
              <w:bottom w:w="60" w:type="dxa"/>
              <w:right w:w="80" w:type="dxa"/>
            </w:tcMar>
            <w:vAlign w:val="center"/>
          </w:tcPr>
          <w:p w14:paraId="51553DC1" w14:textId="77777777" w:rsidR="00BA056B" w:rsidRPr="003D188D" w:rsidRDefault="00BA056B">
            <w:pPr>
              <w:rPr>
                <w:szCs w:val="24"/>
              </w:rPr>
            </w:pPr>
          </w:p>
        </w:tc>
      </w:tr>
    </w:tbl>
    <w:p w14:paraId="7A18F23B" w14:textId="77777777" w:rsidR="00BA056B" w:rsidRDefault="00000000">
      <w:pPr>
        <w:spacing w:before="100" w:after="40"/>
      </w:pPr>
      <w:r>
        <w:rPr>
          <w:b/>
        </w:rPr>
        <w:t>IV. KINH NGHIỆM LIÊN QUAN ĐẾN VỊ TRÍ ĐĂNG KÝ</w:t>
      </w:r>
    </w:p>
    <w:p w14:paraId="2A11BF51" w14:textId="4D5F4653" w:rsidR="00BA056B" w:rsidRDefault="00000000">
      <w:pPr>
        <w:spacing w:after="20"/>
      </w:pPr>
      <w:r>
        <w:t>1. Tổng thời gian đã thực hiện công việc tương tự hoặc có liên quan: ....................................................................</w:t>
      </w:r>
      <w:r w:rsidR="003D188D">
        <w:t>...................................</w:t>
      </w:r>
      <w:r>
        <w:t>....................................................</w:t>
      </w:r>
    </w:p>
    <w:p w14:paraId="05E53FE6" w14:textId="5D7EF614" w:rsidR="00BA056B" w:rsidRDefault="00000000">
      <w:pPr>
        <w:spacing w:after="20"/>
      </w:pPr>
      <w:r>
        <w:t>2. Nội dung công việc chủ yếu đã thực hiện: .....................................</w:t>
      </w:r>
      <w:r w:rsidR="003D188D">
        <w:t>...................................</w:t>
      </w:r>
      <w:r>
        <w:t>...................................................................................</w:t>
      </w:r>
    </w:p>
    <w:p w14:paraId="46D11A3E" w14:textId="0133F221" w:rsidR="00BA056B" w:rsidRDefault="00000000">
      <w:pPr>
        <w:spacing w:after="20"/>
      </w:pPr>
      <w:r>
        <w:t xml:space="preserve">   ................................</w:t>
      </w:r>
      <w:r w:rsidR="003D188D">
        <w:t>................................</w:t>
      </w:r>
      <w:r>
        <w:t>........................................................................................</w:t>
      </w:r>
    </w:p>
    <w:p w14:paraId="5EE8A57F" w14:textId="77777777" w:rsidR="00BA056B" w:rsidRDefault="00000000">
      <w:r>
        <w:rPr>
          <w:b/>
        </w:rPr>
        <w:t>3. Đối với người đăng ký vị trí giáo viên:</w:t>
      </w:r>
    </w:p>
    <w:p w14:paraId="1E21E556" w14:textId="77777777" w:rsidR="00BA056B" w:rsidRDefault="00000000">
      <w:pPr>
        <w:spacing w:after="20"/>
      </w:pPr>
      <w:r>
        <w:t>- Môn đã giảng dạy: ........................................................................................................................</w:t>
      </w:r>
    </w:p>
    <w:p w14:paraId="1567D2CF" w14:textId="0FD20A4D" w:rsidR="00BA056B" w:rsidRDefault="00000000">
      <w:pPr>
        <w:spacing w:after="20"/>
      </w:pPr>
      <w:r>
        <w:t>- Cấp học đã giảng dạy: ...................................................................................................................</w:t>
      </w:r>
    </w:p>
    <w:p w14:paraId="4B0F1C60" w14:textId="257434FC" w:rsidR="00BA056B" w:rsidRDefault="00000000">
      <w:pPr>
        <w:spacing w:after="20"/>
      </w:pPr>
      <w:r>
        <w:t>- Thời gian trực tiếp giảng dạy:.........................................................................................................</w:t>
      </w:r>
    </w:p>
    <w:p w14:paraId="1DC06C2A" w14:textId="3CFCF265" w:rsidR="00BA056B" w:rsidRDefault="00000000">
      <w:pPr>
        <w:spacing w:after="20"/>
      </w:pPr>
      <w:r>
        <w:t>- Kinh nghiệm chủ nhiệm, giáo dục học sinh hoặc nhiệm vụ chuyên môn khác (nếu có): ......</w:t>
      </w:r>
      <w:r w:rsidR="003D188D">
        <w:t>...................................</w:t>
      </w:r>
      <w:r>
        <w:t>..................................................................................................................</w:t>
      </w:r>
    </w:p>
    <w:p w14:paraId="7A024033" w14:textId="77777777" w:rsidR="00BA056B" w:rsidRDefault="00000000">
      <w:pPr>
        <w:spacing w:after="20"/>
      </w:pPr>
      <w:r>
        <w:t xml:space="preserve">   ........................................................................................................................</w:t>
      </w:r>
    </w:p>
    <w:p w14:paraId="4365E687" w14:textId="77777777" w:rsidR="00BA056B" w:rsidRDefault="00000000">
      <w:r>
        <w:rPr>
          <w:b/>
        </w:rPr>
        <w:t>4. Đối với người đăng ký vị trí nhân viên giáo vụ:</w:t>
      </w:r>
    </w:p>
    <w:p w14:paraId="3749A894" w14:textId="77777777" w:rsidR="00BA056B" w:rsidRDefault="00000000">
      <w:r>
        <w:t>Kinh nghiệm về quản lý hồ sơ học sinh, dữ liệu giáo dục, tuyển sinh, kiểm tra, thi, thống kê, báo cáo, phần mềm quản lý trường học hoặc công việc liên quan (nếu có):</w:t>
      </w:r>
    </w:p>
    <w:p w14:paraId="1FD4FFF2" w14:textId="309A2E74" w:rsidR="00BA056B" w:rsidRDefault="00000000">
      <w:pPr>
        <w:spacing w:after="20"/>
      </w:pPr>
      <w:r>
        <w:t>............</w:t>
      </w:r>
      <w:r w:rsidR="003D188D">
        <w:t>...................................</w:t>
      </w:r>
      <w:r>
        <w:t>............................................................................................................</w:t>
      </w:r>
    </w:p>
    <w:p w14:paraId="496BBA02" w14:textId="77777777" w:rsidR="00BA056B" w:rsidRDefault="00000000">
      <w:pPr>
        <w:spacing w:after="20"/>
      </w:pPr>
      <w:r>
        <w:t>........................................................................................................................</w:t>
      </w:r>
    </w:p>
    <w:p w14:paraId="44CBC96D" w14:textId="77777777" w:rsidR="00BA056B" w:rsidRDefault="00000000">
      <w:pPr>
        <w:spacing w:before="100" w:after="40"/>
      </w:pPr>
      <w:r>
        <w:rPr>
          <w:b/>
        </w:rPr>
        <w:t>V. THÔNG TIN VỀ HỢP ĐỒNG ĐÃ THỰC HIỆN TẠI ĐƠN VỊ SỰ NGHIỆP CÔNG LẬP</w:t>
      </w:r>
    </w:p>
    <w:p w14:paraId="58FB2740" w14:textId="77777777" w:rsidR="00BA056B" w:rsidRDefault="00000000">
      <w:r>
        <w:t>1. Đã từng ký hợp đồng thực hiện công việc chuyên môn, nghiệp vụ hoặc công việc hỗ trợ, phục vụ tại đơn vị sự nghiệp công lập:    ☐ Có    ☐ Không</w:t>
      </w:r>
    </w:p>
    <w:p w14:paraId="361D951F" w14:textId="77777777" w:rsidR="00BA056B" w:rsidRDefault="00000000">
      <w:r>
        <w:t>Nếu có, kê khai:</w:t>
      </w:r>
    </w:p>
    <w:tbl>
      <w:tblPr>
        <w:tblStyle w:val="LiBang"/>
        <w:tblW w:w="0" w:type="auto"/>
        <w:jc w:val="center"/>
        <w:tblLook w:val="04A0" w:firstRow="1" w:lastRow="0" w:firstColumn="1" w:lastColumn="0" w:noHBand="0" w:noVBand="1"/>
      </w:tblPr>
      <w:tblGrid>
        <w:gridCol w:w="1056"/>
        <w:gridCol w:w="2664"/>
        <w:gridCol w:w="1880"/>
        <w:gridCol w:w="1864"/>
        <w:gridCol w:w="1880"/>
      </w:tblGrid>
      <w:tr w:rsidR="00BA056B" w:rsidRPr="003D188D" w14:paraId="38F32821" w14:textId="77777777" w:rsidTr="003D188D">
        <w:trPr>
          <w:tblHeader/>
          <w:jc w:val="center"/>
        </w:trPr>
        <w:tc>
          <w:tcPr>
            <w:tcW w:w="1073" w:type="dxa"/>
            <w:tcMar>
              <w:top w:w="60" w:type="dxa"/>
              <w:left w:w="80" w:type="dxa"/>
              <w:bottom w:w="60" w:type="dxa"/>
              <w:right w:w="80" w:type="dxa"/>
            </w:tcMar>
            <w:vAlign w:val="center"/>
          </w:tcPr>
          <w:p w14:paraId="27EE9C0E" w14:textId="77777777" w:rsidR="00BA056B" w:rsidRPr="003D188D" w:rsidRDefault="00000000">
            <w:pPr>
              <w:jc w:val="center"/>
              <w:rPr>
                <w:szCs w:val="24"/>
              </w:rPr>
            </w:pPr>
            <w:r w:rsidRPr="003D188D">
              <w:rPr>
                <w:b/>
                <w:szCs w:val="24"/>
              </w:rPr>
              <w:t>TT</w:t>
            </w:r>
          </w:p>
        </w:tc>
        <w:tc>
          <w:tcPr>
            <w:tcW w:w="2720" w:type="dxa"/>
            <w:tcMar>
              <w:top w:w="60" w:type="dxa"/>
              <w:left w:w="80" w:type="dxa"/>
              <w:bottom w:w="60" w:type="dxa"/>
              <w:right w:w="80" w:type="dxa"/>
            </w:tcMar>
            <w:vAlign w:val="center"/>
          </w:tcPr>
          <w:p w14:paraId="07E59E1B" w14:textId="77777777" w:rsidR="00BA056B" w:rsidRPr="003D188D" w:rsidRDefault="00000000">
            <w:pPr>
              <w:jc w:val="center"/>
              <w:rPr>
                <w:szCs w:val="24"/>
              </w:rPr>
            </w:pPr>
            <w:r w:rsidRPr="003D188D">
              <w:rPr>
                <w:b/>
                <w:szCs w:val="24"/>
              </w:rPr>
              <w:t>Cơ quan, đơn vị</w:t>
            </w:r>
          </w:p>
        </w:tc>
        <w:tc>
          <w:tcPr>
            <w:tcW w:w="1911" w:type="dxa"/>
            <w:tcMar>
              <w:top w:w="60" w:type="dxa"/>
              <w:left w:w="80" w:type="dxa"/>
              <w:bottom w:w="60" w:type="dxa"/>
              <w:right w:w="80" w:type="dxa"/>
            </w:tcMar>
            <w:vAlign w:val="center"/>
          </w:tcPr>
          <w:p w14:paraId="0EEF1D32" w14:textId="77777777" w:rsidR="00BA056B" w:rsidRPr="003D188D" w:rsidRDefault="00000000">
            <w:pPr>
              <w:jc w:val="center"/>
              <w:rPr>
                <w:szCs w:val="24"/>
              </w:rPr>
            </w:pPr>
            <w:r w:rsidRPr="003D188D">
              <w:rPr>
                <w:b/>
                <w:szCs w:val="24"/>
              </w:rPr>
              <w:t>Công việc/vị trí</w:t>
            </w:r>
          </w:p>
        </w:tc>
        <w:tc>
          <w:tcPr>
            <w:tcW w:w="1899" w:type="dxa"/>
            <w:tcMar>
              <w:top w:w="60" w:type="dxa"/>
              <w:left w:w="80" w:type="dxa"/>
              <w:bottom w:w="60" w:type="dxa"/>
              <w:right w:w="80" w:type="dxa"/>
            </w:tcMar>
            <w:vAlign w:val="center"/>
          </w:tcPr>
          <w:p w14:paraId="063FC12A" w14:textId="77777777" w:rsidR="00BA056B" w:rsidRPr="003D188D" w:rsidRDefault="00000000">
            <w:pPr>
              <w:jc w:val="center"/>
              <w:rPr>
                <w:szCs w:val="24"/>
              </w:rPr>
            </w:pPr>
            <w:r w:rsidRPr="003D188D">
              <w:rPr>
                <w:b/>
                <w:szCs w:val="24"/>
              </w:rPr>
              <w:t>Thời gian thực hiện</w:t>
            </w:r>
          </w:p>
        </w:tc>
        <w:tc>
          <w:tcPr>
            <w:tcW w:w="1911" w:type="dxa"/>
            <w:tcMar>
              <w:top w:w="60" w:type="dxa"/>
              <w:left w:w="80" w:type="dxa"/>
              <w:bottom w:w="60" w:type="dxa"/>
              <w:right w:w="80" w:type="dxa"/>
            </w:tcMar>
            <w:vAlign w:val="center"/>
          </w:tcPr>
          <w:p w14:paraId="56E20BFF" w14:textId="77777777" w:rsidR="00BA056B" w:rsidRPr="003D188D" w:rsidRDefault="00000000">
            <w:pPr>
              <w:jc w:val="center"/>
              <w:rPr>
                <w:szCs w:val="24"/>
              </w:rPr>
            </w:pPr>
            <w:r w:rsidRPr="003D188D">
              <w:rPr>
                <w:b/>
                <w:szCs w:val="24"/>
              </w:rPr>
              <w:t>Kết quả thực hiện nhiệm vụ</w:t>
            </w:r>
          </w:p>
        </w:tc>
      </w:tr>
      <w:tr w:rsidR="00BA056B" w:rsidRPr="003D188D" w14:paraId="282F9DFA" w14:textId="77777777" w:rsidTr="003D188D">
        <w:trPr>
          <w:jc w:val="center"/>
        </w:trPr>
        <w:tc>
          <w:tcPr>
            <w:tcW w:w="1073" w:type="dxa"/>
            <w:tcMar>
              <w:top w:w="60" w:type="dxa"/>
              <w:left w:w="80" w:type="dxa"/>
              <w:bottom w:w="60" w:type="dxa"/>
              <w:right w:w="80" w:type="dxa"/>
            </w:tcMar>
            <w:vAlign w:val="center"/>
          </w:tcPr>
          <w:p w14:paraId="63574271" w14:textId="77777777" w:rsidR="00BA056B" w:rsidRPr="003D188D" w:rsidRDefault="00000000">
            <w:pPr>
              <w:jc w:val="center"/>
              <w:rPr>
                <w:szCs w:val="24"/>
              </w:rPr>
            </w:pPr>
            <w:r w:rsidRPr="003D188D">
              <w:rPr>
                <w:szCs w:val="24"/>
              </w:rPr>
              <w:t>1</w:t>
            </w:r>
          </w:p>
        </w:tc>
        <w:tc>
          <w:tcPr>
            <w:tcW w:w="2720" w:type="dxa"/>
            <w:tcMar>
              <w:top w:w="60" w:type="dxa"/>
              <w:left w:w="80" w:type="dxa"/>
              <w:bottom w:w="60" w:type="dxa"/>
              <w:right w:w="80" w:type="dxa"/>
            </w:tcMar>
            <w:vAlign w:val="center"/>
          </w:tcPr>
          <w:p w14:paraId="259CDBB1" w14:textId="77777777" w:rsidR="00BA056B" w:rsidRPr="003D188D" w:rsidRDefault="00BA056B">
            <w:pPr>
              <w:rPr>
                <w:szCs w:val="24"/>
              </w:rPr>
            </w:pPr>
          </w:p>
        </w:tc>
        <w:tc>
          <w:tcPr>
            <w:tcW w:w="1911" w:type="dxa"/>
            <w:tcMar>
              <w:top w:w="60" w:type="dxa"/>
              <w:left w:w="80" w:type="dxa"/>
              <w:bottom w:w="60" w:type="dxa"/>
              <w:right w:w="80" w:type="dxa"/>
            </w:tcMar>
            <w:vAlign w:val="center"/>
          </w:tcPr>
          <w:p w14:paraId="0DA4EBB2" w14:textId="77777777" w:rsidR="00BA056B" w:rsidRPr="003D188D" w:rsidRDefault="00BA056B">
            <w:pPr>
              <w:rPr>
                <w:szCs w:val="24"/>
              </w:rPr>
            </w:pPr>
          </w:p>
        </w:tc>
        <w:tc>
          <w:tcPr>
            <w:tcW w:w="1899" w:type="dxa"/>
            <w:tcMar>
              <w:top w:w="60" w:type="dxa"/>
              <w:left w:w="80" w:type="dxa"/>
              <w:bottom w:w="60" w:type="dxa"/>
              <w:right w:w="80" w:type="dxa"/>
            </w:tcMar>
            <w:vAlign w:val="center"/>
          </w:tcPr>
          <w:p w14:paraId="0AF2CFB4" w14:textId="77777777" w:rsidR="00BA056B" w:rsidRPr="003D188D" w:rsidRDefault="00BA056B">
            <w:pPr>
              <w:rPr>
                <w:szCs w:val="24"/>
              </w:rPr>
            </w:pPr>
          </w:p>
        </w:tc>
        <w:tc>
          <w:tcPr>
            <w:tcW w:w="1911" w:type="dxa"/>
            <w:tcMar>
              <w:top w:w="60" w:type="dxa"/>
              <w:left w:w="80" w:type="dxa"/>
              <w:bottom w:w="60" w:type="dxa"/>
              <w:right w:w="80" w:type="dxa"/>
            </w:tcMar>
            <w:vAlign w:val="center"/>
          </w:tcPr>
          <w:p w14:paraId="2016DD2C" w14:textId="77777777" w:rsidR="00BA056B" w:rsidRPr="003D188D" w:rsidRDefault="00BA056B">
            <w:pPr>
              <w:rPr>
                <w:szCs w:val="24"/>
              </w:rPr>
            </w:pPr>
          </w:p>
        </w:tc>
      </w:tr>
      <w:tr w:rsidR="00BA056B" w:rsidRPr="003D188D" w14:paraId="79B1BB62" w14:textId="77777777" w:rsidTr="003D188D">
        <w:trPr>
          <w:jc w:val="center"/>
        </w:trPr>
        <w:tc>
          <w:tcPr>
            <w:tcW w:w="1073" w:type="dxa"/>
            <w:tcMar>
              <w:top w:w="60" w:type="dxa"/>
              <w:left w:w="80" w:type="dxa"/>
              <w:bottom w:w="60" w:type="dxa"/>
              <w:right w:w="80" w:type="dxa"/>
            </w:tcMar>
            <w:vAlign w:val="center"/>
          </w:tcPr>
          <w:p w14:paraId="45CC541D" w14:textId="77777777" w:rsidR="00BA056B" w:rsidRPr="003D188D" w:rsidRDefault="00000000">
            <w:pPr>
              <w:jc w:val="center"/>
              <w:rPr>
                <w:szCs w:val="24"/>
              </w:rPr>
            </w:pPr>
            <w:r w:rsidRPr="003D188D">
              <w:rPr>
                <w:szCs w:val="24"/>
              </w:rPr>
              <w:t>2</w:t>
            </w:r>
          </w:p>
        </w:tc>
        <w:tc>
          <w:tcPr>
            <w:tcW w:w="2720" w:type="dxa"/>
            <w:tcMar>
              <w:top w:w="60" w:type="dxa"/>
              <w:left w:w="80" w:type="dxa"/>
              <w:bottom w:w="60" w:type="dxa"/>
              <w:right w:w="80" w:type="dxa"/>
            </w:tcMar>
            <w:vAlign w:val="center"/>
          </w:tcPr>
          <w:p w14:paraId="4AC3C3A3" w14:textId="77777777" w:rsidR="00BA056B" w:rsidRPr="003D188D" w:rsidRDefault="00BA056B">
            <w:pPr>
              <w:rPr>
                <w:szCs w:val="24"/>
              </w:rPr>
            </w:pPr>
          </w:p>
        </w:tc>
        <w:tc>
          <w:tcPr>
            <w:tcW w:w="1911" w:type="dxa"/>
            <w:tcMar>
              <w:top w:w="60" w:type="dxa"/>
              <w:left w:w="80" w:type="dxa"/>
              <w:bottom w:w="60" w:type="dxa"/>
              <w:right w:w="80" w:type="dxa"/>
            </w:tcMar>
            <w:vAlign w:val="center"/>
          </w:tcPr>
          <w:p w14:paraId="53351BA8" w14:textId="77777777" w:rsidR="00BA056B" w:rsidRPr="003D188D" w:rsidRDefault="00BA056B">
            <w:pPr>
              <w:rPr>
                <w:szCs w:val="24"/>
              </w:rPr>
            </w:pPr>
          </w:p>
        </w:tc>
        <w:tc>
          <w:tcPr>
            <w:tcW w:w="1899" w:type="dxa"/>
            <w:tcMar>
              <w:top w:w="60" w:type="dxa"/>
              <w:left w:w="80" w:type="dxa"/>
              <w:bottom w:w="60" w:type="dxa"/>
              <w:right w:w="80" w:type="dxa"/>
            </w:tcMar>
            <w:vAlign w:val="center"/>
          </w:tcPr>
          <w:p w14:paraId="3772D4E6" w14:textId="77777777" w:rsidR="00BA056B" w:rsidRPr="003D188D" w:rsidRDefault="00BA056B">
            <w:pPr>
              <w:rPr>
                <w:szCs w:val="24"/>
              </w:rPr>
            </w:pPr>
          </w:p>
        </w:tc>
        <w:tc>
          <w:tcPr>
            <w:tcW w:w="1911" w:type="dxa"/>
            <w:tcMar>
              <w:top w:w="60" w:type="dxa"/>
              <w:left w:w="80" w:type="dxa"/>
              <w:bottom w:w="60" w:type="dxa"/>
              <w:right w:w="80" w:type="dxa"/>
            </w:tcMar>
            <w:vAlign w:val="center"/>
          </w:tcPr>
          <w:p w14:paraId="4B5E3F5D" w14:textId="77777777" w:rsidR="00BA056B" w:rsidRPr="003D188D" w:rsidRDefault="00BA056B">
            <w:pPr>
              <w:rPr>
                <w:szCs w:val="24"/>
              </w:rPr>
            </w:pPr>
          </w:p>
        </w:tc>
      </w:tr>
      <w:tr w:rsidR="00BA056B" w:rsidRPr="003D188D" w14:paraId="572799AB" w14:textId="77777777" w:rsidTr="003D188D">
        <w:trPr>
          <w:jc w:val="center"/>
        </w:trPr>
        <w:tc>
          <w:tcPr>
            <w:tcW w:w="1073" w:type="dxa"/>
            <w:tcMar>
              <w:top w:w="60" w:type="dxa"/>
              <w:left w:w="80" w:type="dxa"/>
              <w:bottom w:w="60" w:type="dxa"/>
              <w:right w:w="80" w:type="dxa"/>
            </w:tcMar>
            <w:vAlign w:val="center"/>
          </w:tcPr>
          <w:p w14:paraId="326E8E52" w14:textId="77777777" w:rsidR="00BA056B" w:rsidRPr="003D188D" w:rsidRDefault="00000000">
            <w:pPr>
              <w:jc w:val="center"/>
              <w:rPr>
                <w:szCs w:val="24"/>
              </w:rPr>
            </w:pPr>
            <w:r w:rsidRPr="003D188D">
              <w:rPr>
                <w:szCs w:val="24"/>
              </w:rPr>
              <w:t>3</w:t>
            </w:r>
          </w:p>
        </w:tc>
        <w:tc>
          <w:tcPr>
            <w:tcW w:w="2720" w:type="dxa"/>
            <w:tcMar>
              <w:top w:w="60" w:type="dxa"/>
              <w:left w:w="80" w:type="dxa"/>
              <w:bottom w:w="60" w:type="dxa"/>
              <w:right w:w="80" w:type="dxa"/>
            </w:tcMar>
            <w:vAlign w:val="center"/>
          </w:tcPr>
          <w:p w14:paraId="5656B309" w14:textId="77777777" w:rsidR="00BA056B" w:rsidRPr="003D188D" w:rsidRDefault="00BA056B">
            <w:pPr>
              <w:rPr>
                <w:szCs w:val="24"/>
              </w:rPr>
            </w:pPr>
          </w:p>
        </w:tc>
        <w:tc>
          <w:tcPr>
            <w:tcW w:w="1911" w:type="dxa"/>
            <w:tcMar>
              <w:top w:w="60" w:type="dxa"/>
              <w:left w:w="80" w:type="dxa"/>
              <w:bottom w:w="60" w:type="dxa"/>
              <w:right w:w="80" w:type="dxa"/>
            </w:tcMar>
            <w:vAlign w:val="center"/>
          </w:tcPr>
          <w:p w14:paraId="571F328A" w14:textId="77777777" w:rsidR="00BA056B" w:rsidRPr="003D188D" w:rsidRDefault="00BA056B">
            <w:pPr>
              <w:rPr>
                <w:szCs w:val="24"/>
              </w:rPr>
            </w:pPr>
          </w:p>
        </w:tc>
        <w:tc>
          <w:tcPr>
            <w:tcW w:w="1899" w:type="dxa"/>
            <w:tcMar>
              <w:top w:w="60" w:type="dxa"/>
              <w:left w:w="80" w:type="dxa"/>
              <w:bottom w:w="60" w:type="dxa"/>
              <w:right w:w="80" w:type="dxa"/>
            </w:tcMar>
            <w:vAlign w:val="center"/>
          </w:tcPr>
          <w:p w14:paraId="62E2C2E7" w14:textId="77777777" w:rsidR="00BA056B" w:rsidRPr="003D188D" w:rsidRDefault="00BA056B">
            <w:pPr>
              <w:rPr>
                <w:szCs w:val="24"/>
              </w:rPr>
            </w:pPr>
          </w:p>
        </w:tc>
        <w:tc>
          <w:tcPr>
            <w:tcW w:w="1911" w:type="dxa"/>
            <w:tcMar>
              <w:top w:w="60" w:type="dxa"/>
              <w:left w:w="80" w:type="dxa"/>
              <w:bottom w:w="60" w:type="dxa"/>
              <w:right w:w="80" w:type="dxa"/>
            </w:tcMar>
            <w:vAlign w:val="center"/>
          </w:tcPr>
          <w:p w14:paraId="305C11E7" w14:textId="77777777" w:rsidR="00BA056B" w:rsidRPr="003D188D" w:rsidRDefault="00BA056B">
            <w:pPr>
              <w:rPr>
                <w:szCs w:val="24"/>
              </w:rPr>
            </w:pPr>
          </w:p>
        </w:tc>
      </w:tr>
    </w:tbl>
    <w:p w14:paraId="253F0B4A" w14:textId="77777777" w:rsidR="00BA056B" w:rsidRDefault="00000000">
      <w:r>
        <w:t>2. Đã từng ký hợp đồng với Trường THPT Đakrông:    ☐ Có    ☐ Không</w:t>
      </w:r>
    </w:p>
    <w:p w14:paraId="7EA0EB5F" w14:textId="77777777" w:rsidR="00BA056B" w:rsidRDefault="00000000">
      <w:pPr>
        <w:spacing w:after="20"/>
      </w:pPr>
      <w:r>
        <w:t>Thời gian: ........................................................................................................................</w:t>
      </w:r>
    </w:p>
    <w:p w14:paraId="7E72A560" w14:textId="77777777" w:rsidR="00BA056B" w:rsidRDefault="00000000">
      <w:pPr>
        <w:spacing w:after="20"/>
      </w:pPr>
      <w:r>
        <w:t>Vị trí/công việc: ........................................................................................................................</w:t>
      </w:r>
    </w:p>
    <w:p w14:paraId="0F3F5C79" w14:textId="45D682FF" w:rsidR="00BA056B" w:rsidRDefault="00000000">
      <w:pPr>
        <w:spacing w:after="20"/>
      </w:pPr>
      <w:r>
        <w:t>Kết quả thực hiện nhiệm vụ (nếu có tài liệu đánh giá): ...................................</w:t>
      </w:r>
      <w:r w:rsidR="003D188D">
        <w:t>...................................</w:t>
      </w:r>
      <w:r>
        <w:t>.....................................................................................</w:t>
      </w:r>
    </w:p>
    <w:p w14:paraId="0CCB4688" w14:textId="77777777" w:rsidR="00BA056B" w:rsidRDefault="00000000">
      <w:pPr>
        <w:spacing w:after="20"/>
      </w:pPr>
      <w:r>
        <w:t>........................................................................................................................</w:t>
      </w:r>
    </w:p>
    <w:p w14:paraId="6D5D8833" w14:textId="77777777" w:rsidR="00BA056B" w:rsidRDefault="00000000">
      <w:pPr>
        <w:spacing w:before="100" w:after="40"/>
      </w:pPr>
      <w:r>
        <w:rPr>
          <w:b/>
        </w:rPr>
        <w:t>VI. THÀNH TÍCH, KẾT QUẢ CHUYÊN MÔN CÓ LIÊN QUAN</w:t>
      </w:r>
    </w:p>
    <w:p w14:paraId="383F0098" w14:textId="77777777" w:rsidR="00BA056B" w:rsidRDefault="00000000">
      <w:r>
        <w:rPr>
          <w:i/>
        </w:rPr>
        <w:t>Chỉ kê khai những nội dung có tài liệu chứng minh và có liên quan đến vị trí đăng ký.</w:t>
      </w:r>
    </w:p>
    <w:p w14:paraId="640688A1" w14:textId="1CE5D272" w:rsidR="00BA056B" w:rsidRDefault="00000000">
      <w:pPr>
        <w:spacing w:after="20"/>
      </w:pPr>
      <w:r>
        <w:t>...............</w:t>
      </w:r>
      <w:r w:rsidR="003D188D">
        <w:t>...................................</w:t>
      </w:r>
      <w:r>
        <w:t>.........................................................................................................</w:t>
      </w:r>
    </w:p>
    <w:p w14:paraId="69B47847" w14:textId="77777777" w:rsidR="00BA056B" w:rsidRDefault="00000000">
      <w:pPr>
        <w:spacing w:after="20"/>
      </w:pPr>
      <w:r>
        <w:t>........................................................................................................................</w:t>
      </w:r>
    </w:p>
    <w:p w14:paraId="4B773C4B" w14:textId="6C326520" w:rsidR="00BA056B" w:rsidRDefault="00000000">
      <w:pPr>
        <w:spacing w:after="20"/>
      </w:pPr>
      <w:r>
        <w:t>Tài liệu chứng minh gửi kèm: ................</w:t>
      </w:r>
      <w:r w:rsidR="003D188D">
        <w:t>...................................</w:t>
      </w:r>
      <w:r>
        <w:t>........................................................................................................</w:t>
      </w:r>
    </w:p>
    <w:p w14:paraId="3850F6CB" w14:textId="77777777" w:rsidR="00BA056B" w:rsidRDefault="00000000">
      <w:pPr>
        <w:spacing w:before="100" w:after="40"/>
      </w:pPr>
      <w:r>
        <w:rPr>
          <w:b/>
        </w:rPr>
        <w:t>VII. KHẢ NĂNG ỨNG DỤNG CÔNG NGHỆ THÔNG TIN VÀ CHUYỂN ĐỔI SỐ</w:t>
      </w:r>
    </w:p>
    <w:p w14:paraId="151892A7" w14:textId="77777777" w:rsidR="00BA056B" w:rsidRDefault="00000000">
      <w:r>
        <w:lastRenderedPageBreak/>
        <w:t>Các phần mềm, nền tảng hoặc công cụ có khả năng sử dụng phục vụ công việc:</w:t>
      </w:r>
    </w:p>
    <w:p w14:paraId="6ABEE064" w14:textId="3428E092" w:rsidR="00BA056B" w:rsidRDefault="00000000">
      <w:pPr>
        <w:spacing w:after="20"/>
      </w:pPr>
      <w:r>
        <w:t>...............</w:t>
      </w:r>
      <w:r w:rsidR="003D188D">
        <w:t>...................................</w:t>
      </w:r>
      <w:r>
        <w:t>.........................................................................................................</w:t>
      </w:r>
    </w:p>
    <w:p w14:paraId="37B3405C" w14:textId="77777777" w:rsidR="00BA056B" w:rsidRDefault="00000000">
      <w:pPr>
        <w:spacing w:after="20"/>
      </w:pPr>
      <w:r>
        <w:t>........................................................................................................................</w:t>
      </w:r>
    </w:p>
    <w:p w14:paraId="72B8CFB4" w14:textId="77777777" w:rsidR="00BA056B" w:rsidRDefault="00000000">
      <w:pPr>
        <w:spacing w:before="100" w:after="40"/>
      </w:pPr>
      <w:r>
        <w:rPr>
          <w:b/>
        </w:rPr>
        <w:t>VIII. KHEN THƯỞNG, KỶ LUẬT CÓ LIÊN QUAN</w:t>
      </w:r>
    </w:p>
    <w:p w14:paraId="370514C4" w14:textId="73CE6556" w:rsidR="00BA056B" w:rsidRDefault="00000000">
      <w:pPr>
        <w:spacing w:after="20"/>
      </w:pPr>
      <w:r>
        <w:t>1. Khen thưởng (nếu có): ........</w:t>
      </w:r>
      <w:r w:rsidR="003D188D">
        <w:t>...................................</w:t>
      </w:r>
      <w:r>
        <w:t>................................................................................................................</w:t>
      </w:r>
    </w:p>
    <w:p w14:paraId="58FA7E17" w14:textId="662360EB" w:rsidR="00BA056B" w:rsidRDefault="00000000">
      <w:pPr>
        <w:spacing w:after="20"/>
      </w:pPr>
      <w:r>
        <w:t>2. Kỷ luật trong quá trình công tác (nếu có): ........</w:t>
      </w:r>
      <w:r w:rsidR="003D188D">
        <w:t>...................................</w:t>
      </w:r>
      <w:r>
        <w:t>................................................................................................................</w:t>
      </w:r>
    </w:p>
    <w:p w14:paraId="1CC41EDC" w14:textId="77777777" w:rsidR="00BA056B" w:rsidRDefault="00000000">
      <w:r>
        <w:t>Nếu không có, ghi: Không.</w:t>
      </w:r>
    </w:p>
    <w:p w14:paraId="2AE0A3FB" w14:textId="77777777" w:rsidR="00BA056B" w:rsidRDefault="00000000">
      <w:pPr>
        <w:spacing w:before="100" w:after="40"/>
      </w:pPr>
      <w:r>
        <w:rPr>
          <w:b/>
        </w:rPr>
        <w:t>IX. CAM KẾT CỦA NGƯỜI KÊ KHAI</w:t>
      </w:r>
    </w:p>
    <w:p w14:paraId="06FFA7A8" w14:textId="77777777" w:rsidR="00BA056B" w:rsidRDefault="00000000">
      <w:pPr>
        <w:ind w:firstLine="567"/>
        <w:jc w:val="both"/>
      </w:pPr>
      <w:r>
        <w:t>Tôi cam đoan những nội dung kê khai trong Sơ yếu lý lịch này và các tài liệu gửi kèm là đầy đủ, trung thực, chính xác. Tôi chịu trách nhiệm trước pháp luật và Trường THPT Đakrông về nội dung đã kê khai và tính hợp pháp của các giấy tờ, tài liệu cung cấp.</w:t>
      </w:r>
    </w:p>
    <w:p w14:paraId="18CF98D9" w14:textId="77777777" w:rsidR="00BA056B" w:rsidRDefault="00000000">
      <w:pPr>
        <w:ind w:firstLine="567"/>
        <w:jc w:val="both"/>
      </w:pPr>
      <w:r>
        <w:t>Tôi đồng ý để Trường THPT Đakrông kiểm tra, đối chiếu và xác minh các thông tin, văn bằng, chứng chỉ, quá trình công tác và các tài liệu có liên quan trong phạm vi cần thiết phục vụ việc tuyển chọn, ký kết và quản lý hợp đồng theo quy định.</w:t>
      </w:r>
    </w:p>
    <w:tbl>
      <w:tblPr>
        <w:tblW w:w="0" w:type="auto"/>
        <w:jc w:val="center"/>
        <w:tblLook w:val="04A0" w:firstRow="1" w:lastRow="0" w:firstColumn="1" w:lastColumn="0" w:noHBand="0" w:noVBand="1"/>
      </w:tblPr>
      <w:tblGrid>
        <w:gridCol w:w="4500"/>
        <w:gridCol w:w="4854"/>
      </w:tblGrid>
      <w:tr w:rsidR="00BA056B" w14:paraId="566E494E" w14:textId="77777777">
        <w:trPr>
          <w:jc w:val="center"/>
        </w:trPr>
        <w:tc>
          <w:tcPr>
            <w:tcW w:w="5128" w:type="dxa"/>
            <w:tcBorders>
              <w:top w:val="nil"/>
              <w:left w:val="nil"/>
              <w:bottom w:val="nil"/>
              <w:right w:val="nil"/>
            </w:tcBorders>
            <w:tcMar>
              <w:top w:w="60" w:type="dxa"/>
              <w:left w:w="80" w:type="dxa"/>
              <w:bottom w:w="60" w:type="dxa"/>
              <w:right w:w="80" w:type="dxa"/>
            </w:tcMar>
            <w:vAlign w:val="center"/>
          </w:tcPr>
          <w:p w14:paraId="6F2774E0" w14:textId="77777777" w:rsidR="00BA056B" w:rsidRDefault="00BA056B">
            <w:pPr>
              <w:jc w:val="center"/>
            </w:pPr>
          </w:p>
        </w:tc>
        <w:tc>
          <w:tcPr>
            <w:tcW w:w="5128" w:type="dxa"/>
            <w:tcBorders>
              <w:top w:val="nil"/>
              <w:left w:val="nil"/>
              <w:bottom w:val="nil"/>
              <w:right w:val="nil"/>
            </w:tcBorders>
            <w:tcMar>
              <w:top w:w="60" w:type="dxa"/>
              <w:left w:w="80" w:type="dxa"/>
              <w:bottom w:w="60" w:type="dxa"/>
              <w:right w:w="80" w:type="dxa"/>
            </w:tcMar>
            <w:vAlign w:val="center"/>
          </w:tcPr>
          <w:p w14:paraId="57BBB07B" w14:textId="77777777" w:rsidR="00BA056B" w:rsidRDefault="00000000">
            <w:pPr>
              <w:jc w:val="center"/>
            </w:pPr>
            <w:r w:rsidRPr="003D188D">
              <w:rPr>
                <w:i/>
                <w:iCs/>
                <w:sz w:val="22"/>
              </w:rPr>
              <w:t>................, ngày ...... tháng ...... năm 2026</w:t>
            </w:r>
            <w:r>
              <w:rPr>
                <w:sz w:val="22"/>
              </w:rPr>
              <w:br/>
              <w:t>NGƯỜI KÊ KHAI</w:t>
            </w:r>
            <w:r>
              <w:rPr>
                <w:sz w:val="22"/>
              </w:rPr>
              <w:br/>
              <w:t>(Ký và ghi rõ họ tên)</w:t>
            </w:r>
            <w:r>
              <w:rPr>
                <w:sz w:val="22"/>
              </w:rPr>
              <w:br/>
            </w:r>
            <w:r>
              <w:rPr>
                <w:sz w:val="22"/>
              </w:rPr>
              <w:br/>
            </w:r>
            <w:r>
              <w:rPr>
                <w:sz w:val="22"/>
              </w:rPr>
              <w:br/>
            </w:r>
            <w:r>
              <w:rPr>
                <w:sz w:val="22"/>
              </w:rPr>
              <w:br/>
              <w:t>...................................................</w:t>
            </w:r>
          </w:p>
        </w:tc>
      </w:tr>
    </w:tbl>
    <w:p w14:paraId="5FFF2162" w14:textId="77777777" w:rsidR="005F22D6" w:rsidRDefault="005F22D6"/>
    <w:sectPr w:rsidR="005F22D6" w:rsidSect="003D188D">
      <w:footerReference w:type="default" r:id="rId8"/>
      <w:pgSz w:w="11906" w:h="16838" w:code="9"/>
      <w:pgMar w:top="1134" w:right="851"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8B900" w14:textId="77777777" w:rsidR="005F22D6" w:rsidRDefault="005F22D6">
      <w:r>
        <w:separator/>
      </w:r>
    </w:p>
  </w:endnote>
  <w:endnote w:type="continuationSeparator" w:id="0">
    <w:p w14:paraId="7B75CED9" w14:textId="77777777" w:rsidR="005F22D6" w:rsidRDefault="005F2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19416" w14:textId="77777777" w:rsidR="00BA056B" w:rsidRDefault="00000000">
    <w:pPr>
      <w:pStyle w:val="Chntrang"/>
      <w:jc w:val="center"/>
    </w:pPr>
    <w:r>
      <w:rPr>
        <w:i/>
        <w:sz w:val="18"/>
      </w:rPr>
      <w:t>Mẫu số 01A - Hồ sơ tuyển chọn lao động hợp đồng năm học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70CDB" w14:textId="77777777" w:rsidR="005F22D6" w:rsidRDefault="005F22D6">
      <w:r>
        <w:separator/>
      </w:r>
    </w:p>
  </w:footnote>
  <w:footnote w:type="continuationSeparator" w:id="0">
    <w:p w14:paraId="1A5FDD99" w14:textId="77777777" w:rsidR="005F22D6" w:rsidRDefault="005F22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udo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udo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Duudong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Duudong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udo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Duudong"/>
      <w:lvlText w:val=""/>
      <w:lvlJc w:val="left"/>
      <w:pPr>
        <w:tabs>
          <w:tab w:val="num" w:pos="360"/>
        </w:tabs>
        <w:ind w:left="360" w:hanging="360"/>
      </w:pPr>
      <w:rPr>
        <w:rFonts w:ascii="Symbol" w:hAnsi="Symbol" w:hint="default"/>
      </w:rPr>
    </w:lvl>
  </w:abstractNum>
  <w:abstractNum w:abstractNumId="9" w15:restartNumberingAfterBreak="0">
    <w:nsid w:val="36EA7F2F"/>
    <w:multiLevelType w:val="multilevel"/>
    <w:tmpl w:val="E04C7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65619367">
    <w:abstractNumId w:val="8"/>
  </w:num>
  <w:num w:numId="2" w16cid:durableId="301694018">
    <w:abstractNumId w:val="6"/>
  </w:num>
  <w:num w:numId="3" w16cid:durableId="1755279593">
    <w:abstractNumId w:val="5"/>
  </w:num>
  <w:num w:numId="4" w16cid:durableId="764496156">
    <w:abstractNumId w:val="4"/>
  </w:num>
  <w:num w:numId="5" w16cid:durableId="880479397">
    <w:abstractNumId w:val="7"/>
  </w:num>
  <w:num w:numId="6" w16cid:durableId="1634557399">
    <w:abstractNumId w:val="3"/>
  </w:num>
  <w:num w:numId="7" w16cid:durableId="1069881026">
    <w:abstractNumId w:val="2"/>
  </w:num>
  <w:num w:numId="8" w16cid:durableId="418453529">
    <w:abstractNumId w:val="1"/>
  </w:num>
  <w:num w:numId="9" w16cid:durableId="1729767745">
    <w:abstractNumId w:val="0"/>
  </w:num>
  <w:num w:numId="10" w16cid:durableId="911739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4C94"/>
    <w:rsid w:val="00326F90"/>
    <w:rsid w:val="003D188D"/>
    <w:rsid w:val="005B5624"/>
    <w:rsid w:val="005F22D6"/>
    <w:rsid w:val="00807018"/>
    <w:rsid w:val="00AA1D8D"/>
    <w:rsid w:val="00B47730"/>
    <w:rsid w:val="00BA056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43F9AC"/>
  <w14:defaultImageDpi w14:val="300"/>
  <w15:docId w15:val="{3E6C95F9-699B-4A83-A6ED-BFE3C2228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FC693F"/>
    <w:pPr>
      <w:spacing w:after="0" w:line="240" w:lineRule="auto"/>
    </w:pPr>
    <w:rPr>
      <w:rFonts w:ascii="Times New Roman" w:eastAsia="Times New Roman" w:hAnsi="Times New Roman"/>
      <w:sz w:val="24"/>
    </w:rPr>
  </w:style>
  <w:style w:type="paragraph" w:styleId="u1">
    <w:name w:val="heading 1"/>
    <w:basedOn w:val="Binhthng"/>
    <w:next w:val="Binhthng"/>
    <w:link w:val="u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u2">
    <w:name w:val="heading 2"/>
    <w:basedOn w:val="Binhthng"/>
    <w:next w:val="Binhthng"/>
    <w:link w:val="u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u3">
    <w:name w:val="heading 3"/>
    <w:basedOn w:val="Binhthng"/>
    <w:next w:val="Binhthng"/>
    <w:link w:val="u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u4">
    <w:name w:val="heading 4"/>
    <w:basedOn w:val="Binhthng"/>
    <w:next w:val="Binhthng"/>
    <w:link w:val="u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u5">
    <w:name w:val="heading 5"/>
    <w:basedOn w:val="Binhthng"/>
    <w:next w:val="Binhthng"/>
    <w:link w:val="u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u6">
    <w:name w:val="heading 6"/>
    <w:basedOn w:val="Binhthng"/>
    <w:next w:val="Binhthng"/>
    <w:link w:val="u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u7">
    <w:name w:val="heading 7"/>
    <w:basedOn w:val="Binhthng"/>
    <w:next w:val="Binhthng"/>
    <w:link w:val="u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u8">
    <w:name w:val="heading 8"/>
    <w:basedOn w:val="Binhthng"/>
    <w:next w:val="Binhthng"/>
    <w:link w:val="u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u9">
    <w:name w:val="heading 9"/>
    <w:basedOn w:val="Binhthng"/>
    <w:next w:val="Binhthng"/>
    <w:link w:val="u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uiPriority w:val="99"/>
    <w:unhideWhenUsed/>
    <w:rsid w:val="00E618BF"/>
    <w:pPr>
      <w:tabs>
        <w:tab w:val="center" w:pos="4680"/>
        <w:tab w:val="right" w:pos="9360"/>
      </w:tabs>
    </w:pPr>
  </w:style>
  <w:style w:type="character" w:customStyle="1" w:styleId="utrangChar">
    <w:name w:val="Đầu trang Char"/>
    <w:basedOn w:val="Phngmcinhcuaoanvn"/>
    <w:link w:val="utrang"/>
    <w:uiPriority w:val="99"/>
    <w:rsid w:val="00E618BF"/>
  </w:style>
  <w:style w:type="paragraph" w:styleId="Chntrang">
    <w:name w:val="footer"/>
    <w:basedOn w:val="Binhthng"/>
    <w:link w:val="ChntrangChar"/>
    <w:uiPriority w:val="99"/>
    <w:unhideWhenUsed/>
    <w:rsid w:val="00E618BF"/>
    <w:pPr>
      <w:tabs>
        <w:tab w:val="center" w:pos="4680"/>
        <w:tab w:val="right" w:pos="9360"/>
      </w:tabs>
    </w:pPr>
  </w:style>
  <w:style w:type="character" w:customStyle="1" w:styleId="ChntrangChar">
    <w:name w:val="Chân trang Char"/>
    <w:basedOn w:val="Phngmcinhcuaoanvn"/>
    <w:link w:val="Chntrang"/>
    <w:uiPriority w:val="99"/>
    <w:rsid w:val="00E618BF"/>
  </w:style>
  <w:style w:type="paragraph" w:styleId="KhngDncch">
    <w:name w:val="No Spacing"/>
    <w:uiPriority w:val="1"/>
    <w:qFormat/>
    <w:rsid w:val="00FC693F"/>
    <w:pPr>
      <w:spacing w:after="0" w:line="240" w:lineRule="auto"/>
    </w:pPr>
  </w:style>
  <w:style w:type="character" w:customStyle="1" w:styleId="u1Char">
    <w:name w:val="Đầu đề 1 Char"/>
    <w:basedOn w:val="Phngmcinhcuaoanvn"/>
    <w:link w:va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u2Char">
    <w:name w:val="Đầu đề 2 Char"/>
    <w:basedOn w:val="Phngmcinhcuaoanvn"/>
    <w:link w:val="u2"/>
    <w:uiPriority w:val="9"/>
    <w:rsid w:val="00FC693F"/>
    <w:rPr>
      <w:rFonts w:asciiTheme="majorHAnsi" w:eastAsiaTheme="majorEastAsia" w:hAnsiTheme="majorHAnsi" w:cstheme="majorBidi"/>
      <w:b/>
      <w:bCs/>
      <w:color w:val="4F81BD" w:themeColor="accent1"/>
      <w:sz w:val="26"/>
      <w:szCs w:val="26"/>
    </w:rPr>
  </w:style>
  <w:style w:type="character" w:customStyle="1" w:styleId="u3Char">
    <w:name w:val="Đầu đề 3 Char"/>
    <w:basedOn w:val="Phngmcinhcuaoanvn"/>
    <w:link w:val="u3"/>
    <w:uiPriority w:val="9"/>
    <w:rsid w:val="00FC693F"/>
    <w:rPr>
      <w:rFonts w:asciiTheme="majorHAnsi" w:eastAsiaTheme="majorEastAsia" w:hAnsiTheme="majorHAnsi" w:cstheme="majorBidi"/>
      <w:b/>
      <w:bCs/>
      <w:color w:val="4F81BD" w:themeColor="accent1"/>
    </w:rPr>
  </w:style>
  <w:style w:type="paragraph" w:styleId="Tiu">
    <w:name w:val="Title"/>
    <w:basedOn w:val="Binhthng"/>
    <w:next w:val="Binhthng"/>
    <w:link w:val="Tiu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uChar">
    <w:name w:val="Tiêu đề Char"/>
    <w:basedOn w:val="Phngmcinhcuaoanvn"/>
    <w:link w:val="Ti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Tiuphu">
    <w:name w:val="Subtitle"/>
    <w:basedOn w:val="Binhthng"/>
    <w:next w:val="Binhthng"/>
    <w:link w:val="Tiuphu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TiuphuChar">
    <w:name w:val="Tiêu đề phụ Char"/>
    <w:basedOn w:val="Phngmcinhcuaoanvn"/>
    <w:link w:val="Tiuphu"/>
    <w:uiPriority w:val="11"/>
    <w:rsid w:val="00FC693F"/>
    <w:rPr>
      <w:rFonts w:asciiTheme="majorHAnsi" w:eastAsiaTheme="majorEastAsia" w:hAnsiTheme="majorHAnsi" w:cstheme="majorBidi"/>
      <w:i/>
      <w:iCs/>
      <w:color w:val="4F81BD" w:themeColor="accent1"/>
      <w:spacing w:val="15"/>
      <w:sz w:val="24"/>
      <w:szCs w:val="24"/>
    </w:rPr>
  </w:style>
  <w:style w:type="paragraph" w:styleId="oancuaDanhsach">
    <w:name w:val="List Paragraph"/>
    <w:basedOn w:val="Binhthng"/>
    <w:uiPriority w:val="34"/>
    <w:qFormat/>
    <w:rsid w:val="00FC693F"/>
    <w:pPr>
      <w:ind w:left="720"/>
      <w:contextualSpacing/>
    </w:pPr>
  </w:style>
  <w:style w:type="paragraph" w:styleId="ThnVnban">
    <w:name w:val="Body Text"/>
    <w:basedOn w:val="Binhthng"/>
    <w:link w:val="ThnVnbanChar"/>
    <w:uiPriority w:val="99"/>
    <w:unhideWhenUsed/>
    <w:rsid w:val="00AA1D8D"/>
    <w:pPr>
      <w:spacing w:after="120"/>
    </w:pPr>
  </w:style>
  <w:style w:type="character" w:customStyle="1" w:styleId="ThnVnbanChar">
    <w:name w:val="Thân Văn bản Char"/>
    <w:basedOn w:val="Phngmcinhcuaoanvn"/>
    <w:link w:val="ThnVnban"/>
    <w:uiPriority w:val="99"/>
    <w:rsid w:val="00AA1D8D"/>
  </w:style>
  <w:style w:type="paragraph" w:styleId="Thnvnban2">
    <w:name w:val="Body Text 2"/>
    <w:basedOn w:val="Binhthng"/>
    <w:link w:val="Thnvnban2Char"/>
    <w:uiPriority w:val="99"/>
    <w:unhideWhenUsed/>
    <w:rsid w:val="00AA1D8D"/>
    <w:pPr>
      <w:spacing w:after="120" w:line="480" w:lineRule="auto"/>
    </w:pPr>
  </w:style>
  <w:style w:type="character" w:customStyle="1" w:styleId="Thnvnban2Char">
    <w:name w:val="Thân văn bản 2 Char"/>
    <w:basedOn w:val="Phngmcinhcuaoanvn"/>
    <w:link w:val="Thnvnban2"/>
    <w:uiPriority w:val="99"/>
    <w:rsid w:val="00AA1D8D"/>
  </w:style>
  <w:style w:type="paragraph" w:styleId="Thnvnban3">
    <w:name w:val="Body Text 3"/>
    <w:basedOn w:val="Binhthng"/>
    <w:link w:val="Thnvnban3Char"/>
    <w:uiPriority w:val="99"/>
    <w:unhideWhenUsed/>
    <w:rsid w:val="00AA1D8D"/>
    <w:pPr>
      <w:spacing w:after="120"/>
    </w:pPr>
    <w:rPr>
      <w:sz w:val="16"/>
      <w:szCs w:val="16"/>
    </w:rPr>
  </w:style>
  <w:style w:type="character" w:customStyle="1" w:styleId="Thnvnban3Char">
    <w:name w:val="Thân văn bản 3 Char"/>
    <w:basedOn w:val="Phngmcinhcuaoanvn"/>
    <w:link w:val="Thnvnban3"/>
    <w:uiPriority w:val="99"/>
    <w:rsid w:val="00AA1D8D"/>
    <w:rPr>
      <w:sz w:val="16"/>
      <w:szCs w:val="16"/>
    </w:rPr>
  </w:style>
  <w:style w:type="paragraph" w:styleId="Danhsach">
    <w:name w:val="List"/>
    <w:basedOn w:val="Binhthng"/>
    <w:uiPriority w:val="99"/>
    <w:unhideWhenUsed/>
    <w:rsid w:val="00AA1D8D"/>
    <w:pPr>
      <w:ind w:left="360" w:hanging="360"/>
      <w:contextualSpacing/>
    </w:pPr>
  </w:style>
  <w:style w:type="paragraph" w:styleId="Danhsach2">
    <w:name w:val="List 2"/>
    <w:basedOn w:val="Binhthng"/>
    <w:uiPriority w:val="99"/>
    <w:unhideWhenUsed/>
    <w:rsid w:val="00326F90"/>
    <w:pPr>
      <w:ind w:left="720" w:hanging="360"/>
      <w:contextualSpacing/>
    </w:pPr>
  </w:style>
  <w:style w:type="paragraph" w:styleId="Danhsach3">
    <w:name w:val="List 3"/>
    <w:basedOn w:val="Binhthng"/>
    <w:uiPriority w:val="99"/>
    <w:unhideWhenUsed/>
    <w:rsid w:val="00326F90"/>
    <w:pPr>
      <w:ind w:left="1080" w:hanging="360"/>
      <w:contextualSpacing/>
    </w:pPr>
  </w:style>
  <w:style w:type="paragraph" w:styleId="Duudong">
    <w:name w:val="List Bullet"/>
    <w:basedOn w:val="Binhthng"/>
    <w:uiPriority w:val="99"/>
    <w:unhideWhenUsed/>
    <w:rsid w:val="00326F90"/>
    <w:pPr>
      <w:numPr>
        <w:numId w:val="1"/>
      </w:numPr>
      <w:contextualSpacing/>
    </w:pPr>
  </w:style>
  <w:style w:type="paragraph" w:styleId="Duudong2">
    <w:name w:val="List Bullet 2"/>
    <w:basedOn w:val="Binhthng"/>
    <w:uiPriority w:val="99"/>
    <w:unhideWhenUsed/>
    <w:rsid w:val="00326F90"/>
    <w:pPr>
      <w:numPr>
        <w:numId w:val="2"/>
      </w:numPr>
      <w:contextualSpacing/>
    </w:pPr>
  </w:style>
  <w:style w:type="paragraph" w:styleId="Duudong3">
    <w:name w:val="List Bullet 3"/>
    <w:basedOn w:val="Binhthng"/>
    <w:uiPriority w:val="99"/>
    <w:unhideWhenUsed/>
    <w:rsid w:val="00326F90"/>
    <w:pPr>
      <w:numPr>
        <w:numId w:val="3"/>
      </w:numPr>
      <w:contextualSpacing/>
    </w:pPr>
  </w:style>
  <w:style w:type="paragraph" w:styleId="Sudong">
    <w:name w:val="List Number"/>
    <w:basedOn w:val="Binhthng"/>
    <w:uiPriority w:val="99"/>
    <w:unhideWhenUsed/>
    <w:rsid w:val="00326F90"/>
    <w:pPr>
      <w:numPr>
        <w:numId w:val="5"/>
      </w:numPr>
      <w:contextualSpacing/>
    </w:pPr>
  </w:style>
  <w:style w:type="paragraph" w:styleId="Sudong2">
    <w:name w:val="List Number 2"/>
    <w:basedOn w:val="Binhthng"/>
    <w:uiPriority w:val="99"/>
    <w:unhideWhenUsed/>
    <w:rsid w:val="0029639D"/>
    <w:pPr>
      <w:numPr>
        <w:numId w:val="6"/>
      </w:numPr>
      <w:contextualSpacing/>
    </w:pPr>
  </w:style>
  <w:style w:type="paragraph" w:styleId="Sudong3">
    <w:name w:val="List Number 3"/>
    <w:basedOn w:val="Binhthng"/>
    <w:uiPriority w:val="99"/>
    <w:unhideWhenUsed/>
    <w:rsid w:val="0029639D"/>
    <w:pPr>
      <w:numPr>
        <w:numId w:val="7"/>
      </w:numPr>
      <w:contextualSpacing/>
    </w:pPr>
  </w:style>
  <w:style w:type="paragraph" w:styleId="Danhsachlintuc">
    <w:name w:val="List Continue"/>
    <w:basedOn w:val="Binhthng"/>
    <w:uiPriority w:val="99"/>
    <w:unhideWhenUsed/>
    <w:rsid w:val="0029639D"/>
    <w:pPr>
      <w:spacing w:after="120"/>
      <w:ind w:left="360"/>
      <w:contextualSpacing/>
    </w:pPr>
  </w:style>
  <w:style w:type="paragraph" w:styleId="Danhsachlintuc2">
    <w:name w:val="List Continue 2"/>
    <w:basedOn w:val="Binhthng"/>
    <w:uiPriority w:val="99"/>
    <w:unhideWhenUsed/>
    <w:rsid w:val="0029639D"/>
    <w:pPr>
      <w:spacing w:after="120"/>
      <w:ind w:left="720"/>
      <w:contextualSpacing/>
    </w:pPr>
  </w:style>
  <w:style w:type="paragraph" w:styleId="Danhsachlintuc3">
    <w:name w:val="List Continue 3"/>
    <w:basedOn w:val="Binhthng"/>
    <w:uiPriority w:val="99"/>
    <w:unhideWhenUsed/>
    <w:rsid w:val="0029639D"/>
    <w:pPr>
      <w:spacing w:after="120"/>
      <w:ind w:left="1080"/>
      <w:contextualSpacing/>
    </w:pPr>
  </w:style>
  <w:style w:type="paragraph" w:styleId="VnbanMacro">
    <w:name w:val="macro"/>
    <w:link w:val="Vnban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VnbanMacroChar">
    <w:name w:val="Văn bản Macro Char"/>
    <w:basedOn w:val="Phngmcinhcuaoanvn"/>
    <w:link w:val="VnbanMacro"/>
    <w:uiPriority w:val="99"/>
    <w:rsid w:val="0029639D"/>
    <w:rPr>
      <w:rFonts w:ascii="Courier" w:hAnsi="Courier"/>
      <w:sz w:val="20"/>
      <w:szCs w:val="20"/>
    </w:rPr>
  </w:style>
  <w:style w:type="paragraph" w:styleId="Litrichdn">
    <w:name w:val="Quote"/>
    <w:basedOn w:val="Binhthng"/>
    <w:next w:val="Binhthng"/>
    <w:link w:val="LitrichdnChar"/>
    <w:uiPriority w:val="29"/>
    <w:qFormat/>
    <w:rsid w:val="00FC693F"/>
    <w:rPr>
      <w:i/>
      <w:iCs/>
      <w:color w:val="000000" w:themeColor="text1"/>
    </w:rPr>
  </w:style>
  <w:style w:type="character" w:customStyle="1" w:styleId="LitrichdnChar">
    <w:name w:val="Lời trích dẫn Char"/>
    <w:basedOn w:val="Phngmcinhcuaoanvn"/>
    <w:link w:val="Litrichdn"/>
    <w:uiPriority w:val="29"/>
    <w:rsid w:val="00FC693F"/>
    <w:rPr>
      <w:i/>
      <w:iCs/>
      <w:color w:val="000000" w:themeColor="text1"/>
    </w:rPr>
  </w:style>
  <w:style w:type="character" w:customStyle="1" w:styleId="u4Char">
    <w:name w:val="Đầu đề 4 Char"/>
    <w:basedOn w:val="Phngmcinhcuaoanvn"/>
    <w:link w:val="u4"/>
    <w:uiPriority w:val="9"/>
    <w:semiHidden/>
    <w:rsid w:val="00FC693F"/>
    <w:rPr>
      <w:rFonts w:asciiTheme="majorHAnsi" w:eastAsiaTheme="majorEastAsia" w:hAnsiTheme="majorHAnsi" w:cstheme="majorBidi"/>
      <w:b/>
      <w:bCs/>
      <w:i/>
      <w:iCs/>
      <w:color w:val="4F81BD" w:themeColor="accent1"/>
    </w:rPr>
  </w:style>
  <w:style w:type="character" w:customStyle="1" w:styleId="u5Char">
    <w:name w:val="Đầu đề 5 Char"/>
    <w:basedOn w:val="Phngmcinhcuaoanvn"/>
    <w:link w:val="u5"/>
    <w:uiPriority w:val="9"/>
    <w:semiHidden/>
    <w:rsid w:val="00FC693F"/>
    <w:rPr>
      <w:rFonts w:asciiTheme="majorHAnsi" w:eastAsiaTheme="majorEastAsia" w:hAnsiTheme="majorHAnsi" w:cstheme="majorBidi"/>
      <w:color w:val="243F60" w:themeColor="accent1" w:themeShade="7F"/>
    </w:rPr>
  </w:style>
  <w:style w:type="character" w:customStyle="1" w:styleId="u6Char">
    <w:name w:val="Đầu đề 6 Char"/>
    <w:basedOn w:val="Phngmcinhcuaoanvn"/>
    <w:link w:val="u6"/>
    <w:uiPriority w:val="9"/>
    <w:semiHidden/>
    <w:rsid w:val="00FC693F"/>
    <w:rPr>
      <w:rFonts w:asciiTheme="majorHAnsi" w:eastAsiaTheme="majorEastAsia" w:hAnsiTheme="majorHAnsi" w:cstheme="majorBidi"/>
      <w:i/>
      <w:iCs/>
      <w:color w:val="243F60" w:themeColor="accent1" w:themeShade="7F"/>
    </w:rPr>
  </w:style>
  <w:style w:type="character" w:customStyle="1" w:styleId="u7Char">
    <w:name w:val="Đầu đề 7 Char"/>
    <w:basedOn w:val="Phngmcinhcuaoanvn"/>
    <w:link w:val="u7"/>
    <w:uiPriority w:val="9"/>
    <w:semiHidden/>
    <w:rsid w:val="00FC693F"/>
    <w:rPr>
      <w:rFonts w:asciiTheme="majorHAnsi" w:eastAsiaTheme="majorEastAsia" w:hAnsiTheme="majorHAnsi" w:cstheme="majorBidi"/>
      <w:i/>
      <w:iCs/>
      <w:color w:val="404040" w:themeColor="text1" w:themeTint="BF"/>
    </w:rPr>
  </w:style>
  <w:style w:type="character" w:customStyle="1" w:styleId="u8Char">
    <w:name w:val="Đầu đề 8 Char"/>
    <w:basedOn w:val="Phngmcinhcuaoanvn"/>
    <w:link w:val="u8"/>
    <w:uiPriority w:val="9"/>
    <w:semiHidden/>
    <w:rsid w:val="00FC693F"/>
    <w:rPr>
      <w:rFonts w:asciiTheme="majorHAnsi" w:eastAsiaTheme="majorEastAsia" w:hAnsiTheme="majorHAnsi" w:cstheme="majorBidi"/>
      <w:color w:val="4F81BD" w:themeColor="accent1"/>
      <w:sz w:val="20"/>
      <w:szCs w:val="20"/>
    </w:rPr>
  </w:style>
  <w:style w:type="character" w:customStyle="1" w:styleId="u9Char">
    <w:name w:val="Đầu đề 9 Char"/>
    <w:basedOn w:val="Phngmcinhcuaoanvn"/>
    <w:link w:val="u9"/>
    <w:uiPriority w:val="9"/>
    <w:semiHidden/>
    <w:rsid w:val="00FC693F"/>
    <w:rPr>
      <w:rFonts w:asciiTheme="majorHAnsi" w:eastAsiaTheme="majorEastAsia" w:hAnsiTheme="majorHAnsi" w:cstheme="majorBidi"/>
      <w:i/>
      <w:iCs/>
      <w:color w:val="404040" w:themeColor="text1" w:themeTint="BF"/>
      <w:sz w:val="20"/>
      <w:szCs w:val="20"/>
    </w:rPr>
  </w:style>
  <w:style w:type="paragraph" w:styleId="Chuthich">
    <w:name w:val="caption"/>
    <w:basedOn w:val="Binhthng"/>
    <w:next w:val="Binhthng"/>
    <w:uiPriority w:val="35"/>
    <w:semiHidden/>
    <w:unhideWhenUsed/>
    <w:qFormat/>
    <w:rsid w:val="00FC693F"/>
    <w:rPr>
      <w:b/>
      <w:bCs/>
      <w:color w:val="4F81BD" w:themeColor="accent1"/>
      <w:sz w:val="18"/>
      <w:szCs w:val="18"/>
    </w:rPr>
  </w:style>
  <w:style w:type="character" w:styleId="Manh">
    <w:name w:val="Strong"/>
    <w:basedOn w:val="Phngmcinhcuaoanvn"/>
    <w:uiPriority w:val="22"/>
    <w:qFormat/>
    <w:rsid w:val="00FC693F"/>
    <w:rPr>
      <w:b/>
      <w:bCs/>
    </w:rPr>
  </w:style>
  <w:style w:type="character" w:styleId="Nhnmanh">
    <w:name w:val="Emphasis"/>
    <w:basedOn w:val="Phngmcinhcuaoanvn"/>
    <w:uiPriority w:val="20"/>
    <w:qFormat/>
    <w:rsid w:val="00FC693F"/>
    <w:rPr>
      <w:i/>
      <w:iCs/>
    </w:rPr>
  </w:style>
  <w:style w:type="paragraph" w:styleId="Nhaykepm">
    <w:name w:val="Intense Quote"/>
    <w:basedOn w:val="Binhthng"/>
    <w:next w:val="Binhthng"/>
    <w:link w:val="Nhaykepm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haykepmChar">
    <w:name w:val="Nháy kép Đậm Char"/>
    <w:basedOn w:val="Phngmcinhcuaoanvn"/>
    <w:link w:val="Nhaykepm"/>
    <w:uiPriority w:val="30"/>
    <w:rsid w:val="00FC693F"/>
    <w:rPr>
      <w:b/>
      <w:bCs/>
      <w:i/>
      <w:iCs/>
      <w:color w:val="4F81BD" w:themeColor="accent1"/>
    </w:rPr>
  </w:style>
  <w:style w:type="character" w:styleId="NhnmanhTinht">
    <w:name w:val="Subtle Emphasis"/>
    <w:basedOn w:val="Phngmcinhcuaoanvn"/>
    <w:uiPriority w:val="19"/>
    <w:qFormat/>
    <w:rsid w:val="00FC693F"/>
    <w:rPr>
      <w:i/>
      <w:iCs/>
      <w:color w:val="808080" w:themeColor="text1" w:themeTint="7F"/>
    </w:rPr>
  </w:style>
  <w:style w:type="character" w:styleId="NhnmnhThm">
    <w:name w:val="Intense Emphasis"/>
    <w:basedOn w:val="Phngmcinhcuaoanvn"/>
    <w:uiPriority w:val="21"/>
    <w:qFormat/>
    <w:rsid w:val="00FC693F"/>
    <w:rPr>
      <w:b/>
      <w:bCs/>
      <w:i/>
      <w:iCs/>
      <w:color w:val="4F81BD" w:themeColor="accent1"/>
    </w:rPr>
  </w:style>
  <w:style w:type="character" w:styleId="ThamchiuTinht">
    <w:name w:val="Subtle Reference"/>
    <w:basedOn w:val="Phngmcinhcuaoanvn"/>
    <w:uiPriority w:val="31"/>
    <w:qFormat/>
    <w:rsid w:val="00FC693F"/>
    <w:rPr>
      <w:smallCaps/>
      <w:color w:val="C0504D" w:themeColor="accent2"/>
      <w:u w:val="single"/>
    </w:rPr>
  </w:style>
  <w:style w:type="character" w:styleId="ThamchiuNhnmnh">
    <w:name w:val="Intense Reference"/>
    <w:basedOn w:val="Phngmcinhcuaoanvn"/>
    <w:uiPriority w:val="32"/>
    <w:qFormat/>
    <w:rsid w:val="00FC693F"/>
    <w:rPr>
      <w:b/>
      <w:bCs/>
      <w:smallCaps/>
      <w:color w:val="C0504D" w:themeColor="accent2"/>
      <w:spacing w:val="5"/>
      <w:u w:val="single"/>
    </w:rPr>
  </w:style>
  <w:style w:type="character" w:styleId="TiuSach">
    <w:name w:val="Book Title"/>
    <w:basedOn w:val="Phngmcinhcuaoanvn"/>
    <w:uiPriority w:val="33"/>
    <w:qFormat/>
    <w:rsid w:val="00FC693F"/>
    <w:rPr>
      <w:b/>
      <w:bCs/>
      <w:smallCaps/>
      <w:spacing w:val="5"/>
    </w:rPr>
  </w:style>
  <w:style w:type="paragraph" w:styleId="uMucluc">
    <w:name w:val="TOC Heading"/>
    <w:basedOn w:val="u1"/>
    <w:next w:val="Binhthng"/>
    <w:uiPriority w:val="39"/>
    <w:semiHidden/>
    <w:unhideWhenUsed/>
    <w:qFormat/>
    <w:rsid w:val="00FC693F"/>
    <w:pPr>
      <w:outlineLvl w:val="9"/>
    </w:pPr>
  </w:style>
  <w:style w:type="table" w:styleId="LiBang">
    <w:name w:val="Table Grid"/>
    <w:basedOn w:val="BangThngthng"/>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nnMausang">
    <w:name w:val="Light Shading"/>
    <w:basedOn w:val="BangThngthng"/>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nnMausang-Nhnmanh1">
    <w:name w:val="Light Shading Accent 1"/>
    <w:basedOn w:val="BangThngthng"/>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nnMausang-Nhnmanh2">
    <w:name w:val="Light Shading Accent 2"/>
    <w:basedOn w:val="BangThngthng"/>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nnMausang-Nhnmanh3">
    <w:name w:val="Light Shading Accent 3"/>
    <w:basedOn w:val="BangThngthng"/>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nnMausang-Nhnmanh4">
    <w:name w:val="Light Shading Accent 4"/>
    <w:basedOn w:val="BangThngthng"/>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nnMausang-Nhnmanh5">
    <w:name w:val="Light Shading Accent 5"/>
    <w:basedOn w:val="BangThngthng"/>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nnMausang-Nhnmanh6">
    <w:name w:val="Light Shading Accent 6"/>
    <w:basedOn w:val="BangThngthng"/>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DanhsachMausang">
    <w:name w:val="Light List"/>
    <w:basedOn w:val="BangThngthng"/>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nhsachMausang-Nhnmanh1">
    <w:name w:val="Light List Accent 1"/>
    <w:basedOn w:val="BangThngthng"/>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nhsachMausang-Nhnmanh2">
    <w:name w:val="Light List Accent 2"/>
    <w:basedOn w:val="BangThngthng"/>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DanhsachMausang-Nhnmanh3">
    <w:name w:val="Light List Accent 3"/>
    <w:basedOn w:val="BangThngthng"/>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DanhsachMausang-Nhnmanh4">
    <w:name w:val="Light List Accent 4"/>
    <w:basedOn w:val="BangThngthng"/>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DanhsachMausang-Nhnmanh5">
    <w:name w:val="Light List Accent 5"/>
    <w:basedOn w:val="BangThngthng"/>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DanhsachMausang-Nhnmanh6">
    <w:name w:val="Light List Accent 6"/>
    <w:basedOn w:val="BangThngthng"/>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Mausang">
    <w:name w:val="Light Grid"/>
    <w:basedOn w:val="BangThngthng"/>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Mausang-Nhnmanh1">
    <w:name w:val="Light Grid Accent 1"/>
    <w:basedOn w:val="BangThngthng"/>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Mausang-Nhnmanh2">
    <w:name w:val="Light Grid Accent 2"/>
    <w:basedOn w:val="BangThngthng"/>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Mausang-Nhnmanh3">
    <w:name w:val="Light Grid Accent 3"/>
    <w:basedOn w:val="BangThngthng"/>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Mausang-Nhnmanh4">
    <w:name w:val="Light Grid Accent 4"/>
    <w:basedOn w:val="BangThngthng"/>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Mausang-Nhnmanh5">
    <w:name w:val="Light Grid Accent 5"/>
    <w:basedOn w:val="BangThngthng"/>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Mausang-Nhnmanh6">
    <w:name w:val="Light Grid Accent 6"/>
    <w:basedOn w:val="BangThngthng"/>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nnVa1">
    <w:name w:val="Medium Shading 1"/>
    <w:basedOn w:val="BangThngthng"/>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nnVa1-Nhnmanh1">
    <w:name w:val="Medium Shading 1 Accent 1"/>
    <w:basedOn w:val="BangThngthng"/>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nnVa1-Nhnmanh2">
    <w:name w:val="Medium Shading 1 Accent 2"/>
    <w:basedOn w:val="BangThngthng"/>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nnVa1-Nhnmanh3">
    <w:name w:val="Medium Shading 1 Accent 3"/>
    <w:basedOn w:val="BangThngthng"/>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nnVa1-Nhnmanh4">
    <w:name w:val="Medium Shading 1 Accent 4"/>
    <w:basedOn w:val="BangThngthng"/>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nnVa1-Nhnmanh5">
    <w:name w:val="Medium Shading 1 Accent 5"/>
    <w:basedOn w:val="BangThngthng"/>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nnVa1-Nhnmanh6">
    <w:name w:val="Medium Shading 1 Accent 6"/>
    <w:basedOn w:val="BangThngthng"/>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nnVa2">
    <w:name w:val="Medium Shading 2"/>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1">
    <w:name w:val="Medium Shading 2 Accent 1"/>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2">
    <w:name w:val="Medium Shading 2 Accent 2"/>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3">
    <w:name w:val="Medium Shading 2 Accent 3"/>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4">
    <w:name w:val="Medium Shading 2 Accent 4"/>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5">
    <w:name w:val="Medium Shading 2 Accent 5"/>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6">
    <w:name w:val="Medium Shading 2 Accent 6"/>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nhsachVa1">
    <w:name w:val="Medium List 1"/>
    <w:basedOn w:val="BangThngthng"/>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DanhsachVa1-Nhnmanh1">
    <w:name w:val="Medium List 1 Accent 1"/>
    <w:basedOn w:val="BangThngthng"/>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DanhsachVa1-Nhnmanh2">
    <w:name w:val="Medium List 1 Accent 2"/>
    <w:basedOn w:val="BangThngthng"/>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DanhsachVa1-Nhnmanh3">
    <w:name w:val="Medium List 1 Accent 3"/>
    <w:basedOn w:val="BangThngthng"/>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DanhsachVa1-Nhnmanh4">
    <w:name w:val="Medium List 1 Accent 4"/>
    <w:basedOn w:val="BangThngthng"/>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DanhsachVa1-Nhnmanh5">
    <w:name w:val="Medium List 1 Accent 5"/>
    <w:basedOn w:val="BangThngthng"/>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DanhsachVa1-Nhnmanh6">
    <w:name w:val="Medium List 1 Accent 6"/>
    <w:basedOn w:val="BangThngthng"/>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DanhsachVa2">
    <w:name w:val="Medium Lis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1">
    <w:name w:val="Medium List 2 Accent 1"/>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2">
    <w:name w:val="Medium List 2 Accen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3">
    <w:name w:val="Medium List 2 Accent 3"/>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4">
    <w:name w:val="Medium List 2 Accent 4"/>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5">
    <w:name w:val="Medium List 2 Accent 5"/>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6">
    <w:name w:val="Medium List 2 Accent 6"/>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Va1">
    <w:name w:val="Medium Grid 1"/>
    <w:basedOn w:val="BangThngthng"/>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Va1-Nhnmanh1">
    <w:name w:val="Medium Grid 1 Accent 1"/>
    <w:basedOn w:val="BangThngthng"/>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Va1-Nhnmanh2">
    <w:name w:val="Medium Grid 1 Accent 2"/>
    <w:basedOn w:val="BangThngthng"/>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Va1-Nhnmanh3">
    <w:name w:val="Medium Grid 1 Accent 3"/>
    <w:basedOn w:val="BangThngthng"/>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Va1-Nhnmanh4">
    <w:name w:val="Medium Grid 1 Accent 4"/>
    <w:basedOn w:val="BangThngthng"/>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Va1-Nhnmanh5">
    <w:name w:val="Medium Grid 1 Accent 5"/>
    <w:basedOn w:val="BangThngthng"/>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Va1-Nhnmanh6">
    <w:name w:val="Medium Grid 1 Accent 6"/>
    <w:basedOn w:val="BangThngthng"/>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Va2">
    <w:name w:val="Medium Grid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iVa2-Nhnmanh1">
    <w:name w:val="Medium Grid 2 Accent 1"/>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iVa2-Nhnmanh2">
    <w:name w:val="Medium Grid 2 Accent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LiVa2-Nhnmanh3">
    <w:name w:val="Medium Grid 2 Accent 3"/>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LiVa2-Nhnmanh4">
    <w:name w:val="Medium Grid 2 Accent 4"/>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LiVa2-Nhnmanh5">
    <w:name w:val="Medium Grid 2 Accent 5"/>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Va2-Nhnmanh6">
    <w:name w:val="Medium Grid 2 Accent 6"/>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LiVa3">
    <w:name w:val="Medium Grid 3"/>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iVa3-Nhnmanh1">
    <w:name w:val="Medium Grid 3 Accent 1"/>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Va3-Nhnmanh2">
    <w:name w:val="Medium Grid 3 Accent 2"/>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LiVa3-Nhnmanh3">
    <w:name w:val="Medium Grid 3 Accent 3"/>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Va3-Nhnmanh4">
    <w:name w:val="Medium Grid 3 Accent 4"/>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LiVa3-Nhnmanh5">
    <w:name w:val="Medium Grid 3 Accent 5"/>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iVa3-Nhnmanh6">
    <w:name w:val="Medium Grid 3 Accent 6"/>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nhsachSm">
    <w:name w:val="Dark List"/>
    <w:basedOn w:val="BangThngthng"/>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nhsachSm-Nhnmanh1">
    <w:name w:val="Dark List Accent 1"/>
    <w:basedOn w:val="BangThngthng"/>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nhsachSm-Nhnmanh2">
    <w:name w:val="Dark List Accent 2"/>
    <w:basedOn w:val="BangThngthng"/>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nhsachSm-Nhnmanh3">
    <w:name w:val="Dark List Accent 3"/>
    <w:basedOn w:val="BangThngthng"/>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nhsachSm-Nhnmanh4">
    <w:name w:val="Dark List Accent 4"/>
    <w:basedOn w:val="BangThngthng"/>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nhsachSm-Nhnmanh5">
    <w:name w:val="Dark List Accent 5"/>
    <w:basedOn w:val="BangThngthng"/>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nhsachSm-Nhnmanh6">
    <w:name w:val="Dark List Accent 6"/>
    <w:basedOn w:val="BangThngthng"/>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nnScs">
    <w:name w:val="Colorful Shading"/>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nnScs-Nhnmanh1">
    <w:name w:val="Colorful Shading Accent 1"/>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nnScs-Nhnmanh2">
    <w:name w:val="Colorful Shading Accent 2"/>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nnScs-Nhnmanh3">
    <w:name w:val="Colorful Shading Accent 3"/>
    <w:basedOn w:val="BangThngthng"/>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nnScs-Nhnmanh4">
    <w:name w:val="Colorful Shading Accent 4"/>
    <w:basedOn w:val="BangThngthng"/>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nnScs-Nhnmanh5">
    <w:name w:val="Colorful Shading Accent 5"/>
    <w:basedOn w:val="BangThngthng"/>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nnScs-Nhnmanh6">
    <w:name w:val="Colorful Shading Accent 6"/>
    <w:basedOn w:val="BangThngthng"/>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nhsachScs">
    <w:name w:val="Colorful List"/>
    <w:basedOn w:val="BangThngthng"/>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DanhsachScs-Nhnmanh1">
    <w:name w:val="Colorful List Accent 1"/>
    <w:basedOn w:val="BangThngthng"/>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DanhsachScs-Nhnmanh2">
    <w:name w:val="Colorful List Accent 2"/>
    <w:basedOn w:val="BangThngthng"/>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DanhsachScs-Nhnmanh3">
    <w:name w:val="Colorful List Accent 3"/>
    <w:basedOn w:val="BangThngthng"/>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anhsachScs-Nhnmanh4">
    <w:name w:val="Colorful List Accent 4"/>
    <w:basedOn w:val="BangThngthng"/>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DanhsachScs-Nhnmanh5">
    <w:name w:val="Colorful List Accent 5"/>
    <w:basedOn w:val="BangThngthng"/>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DanhsachScs-Nhnmanh6">
    <w:name w:val="Colorful List Accent 6"/>
    <w:basedOn w:val="BangThngthng"/>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iScs">
    <w:name w:val="Colorful Grid"/>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cs-Nhnmanh1">
    <w:name w:val="Colorful Grid Accent 1"/>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Scs-Nhnmanh2">
    <w:name w:val="Colorful Grid Accent 2"/>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Scs-Nhnmanh3">
    <w:name w:val="Colorful Grid Accent 3"/>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Scs-Nhnmanh4">
    <w:name w:val="Colorful Grid Accent 4"/>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Scs-Nhnmanh5">
    <w:name w:val="Colorful Grid Accent 5"/>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Scs-Nhnmanh6">
    <w:name w:val="Colorful Grid Accent 6"/>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1211</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Văn Nhân Võ</cp:lastModifiedBy>
  <cp:revision>4</cp:revision>
  <dcterms:created xsi:type="dcterms:W3CDTF">2026-09-27T22:19:00Z</dcterms:created>
  <dcterms:modified xsi:type="dcterms:W3CDTF">2026-09-27T22:32:00Z</dcterms:modified>
  <cp:category/>
</cp:coreProperties>
</file>